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F5FD5" w14:textId="7AA5E86F" w:rsidR="00256EE0" w:rsidRPr="0049251F" w:rsidRDefault="00FE2924" w:rsidP="0049251F">
      <w:pPr>
        <w:pStyle w:val="Heading1"/>
      </w:pPr>
      <w:r w:rsidRPr="0049251F">
        <w:t>Direct</w:t>
      </w:r>
      <w:r w:rsidR="00CB73EF">
        <w:t xml:space="preserve"> </w:t>
      </w:r>
      <w:r w:rsidRPr="0049251F">
        <w:t>Payments</w:t>
      </w:r>
      <w:r w:rsidR="00CB73EF">
        <w:t xml:space="preserve"> </w:t>
      </w:r>
      <w:r w:rsidRPr="0049251F">
        <w:t>for</w:t>
      </w:r>
      <w:r w:rsidR="00CB73EF">
        <w:t xml:space="preserve"> </w:t>
      </w:r>
      <w:r w:rsidR="0049251F" w:rsidRPr="0049251F">
        <w:t>Continuing</w:t>
      </w:r>
      <w:r w:rsidR="00CB73EF">
        <w:t xml:space="preserve"> </w:t>
      </w:r>
      <w:r w:rsidR="0049251F" w:rsidRPr="0049251F">
        <w:t>NHS</w:t>
      </w:r>
      <w:r w:rsidR="00CB73EF">
        <w:t xml:space="preserve"> </w:t>
      </w:r>
      <w:r w:rsidR="0049251F" w:rsidRPr="0049251F">
        <w:t>Healthcare</w:t>
      </w:r>
      <w:r w:rsidR="0049251F">
        <w:t>:</w:t>
      </w:r>
      <w:r w:rsidR="00CB73EF">
        <w:t xml:space="preserve"> </w:t>
      </w:r>
      <w:r w:rsidR="0049251F" w:rsidRPr="0049251F">
        <w:t>Information</w:t>
      </w:r>
      <w:r w:rsidR="00CB73EF">
        <w:t xml:space="preserve"> </w:t>
      </w:r>
      <w:r w:rsidR="0049251F" w:rsidRPr="0049251F">
        <w:t>for</w:t>
      </w:r>
      <w:r w:rsidR="00CB73EF">
        <w:t xml:space="preserve"> </w:t>
      </w:r>
      <w:r w:rsidR="0049251F" w:rsidRPr="0049251F">
        <w:t>Patient</w:t>
      </w:r>
      <w:r w:rsidR="00CB73EF">
        <w:t xml:space="preserve"> </w:t>
      </w:r>
      <w:r w:rsidR="0049251F" w:rsidRPr="0049251F">
        <w:t>and</w:t>
      </w:r>
      <w:r w:rsidR="00CB73EF">
        <w:t xml:space="preserve"> </w:t>
      </w:r>
      <w:r w:rsidR="0049251F" w:rsidRPr="0049251F">
        <w:t>the</w:t>
      </w:r>
      <w:r w:rsidR="00CB73EF">
        <w:t xml:space="preserve"> </w:t>
      </w:r>
      <w:r w:rsidR="0049251F" w:rsidRPr="0049251F">
        <w:t>Public</w:t>
      </w:r>
      <w:r w:rsidR="0049251F">
        <w:t>:</w:t>
      </w:r>
    </w:p>
    <w:p w14:paraId="253DE293" w14:textId="41B738F1" w:rsidR="0049251F" w:rsidRPr="0049251F" w:rsidRDefault="0049251F" w:rsidP="0049251F">
      <w:r w:rsidRPr="0049251F">
        <w:t>Direct</w:t>
      </w:r>
      <w:r w:rsidR="00CB73EF">
        <w:t xml:space="preserve"> </w:t>
      </w:r>
      <w:r w:rsidRPr="0049251F">
        <w:t>Payments</w:t>
      </w:r>
      <w:r w:rsidR="00CB73EF">
        <w:t xml:space="preserve"> </w:t>
      </w:r>
      <w:r w:rsidRPr="0049251F">
        <w:t>for</w:t>
      </w:r>
      <w:r w:rsidR="00CB73EF">
        <w:t xml:space="preserve"> </w:t>
      </w:r>
      <w:r w:rsidRPr="0049251F">
        <w:t>Continuing</w:t>
      </w:r>
      <w:r w:rsidR="00CB73EF">
        <w:t xml:space="preserve"> </w:t>
      </w:r>
      <w:r w:rsidRPr="0049251F">
        <w:t>NHS</w:t>
      </w:r>
      <w:r w:rsidR="00CB73EF">
        <w:t xml:space="preserve"> </w:t>
      </w:r>
      <w:r w:rsidRPr="0049251F">
        <w:t>Healthcare</w:t>
      </w:r>
      <w:r w:rsidR="00CB73EF">
        <w:t xml:space="preserve"> </w:t>
      </w:r>
      <w:r w:rsidRPr="0049251F">
        <w:t>are</w:t>
      </w:r>
      <w:r w:rsidR="00CB73EF">
        <w:t xml:space="preserve"> </w:t>
      </w:r>
      <w:r w:rsidR="00E72EFE">
        <w:t xml:space="preserve">available </w:t>
      </w:r>
      <w:r w:rsidRPr="0049251F">
        <w:t>in</w:t>
      </w:r>
      <w:r w:rsidR="00CB73EF">
        <w:t xml:space="preserve"> </w:t>
      </w:r>
      <w:r w:rsidRPr="0049251F">
        <w:t>Wales</w:t>
      </w:r>
      <w:r w:rsidR="00CB73EF">
        <w:t xml:space="preserve"> </w:t>
      </w:r>
      <w:r w:rsidRPr="0049251F">
        <w:t>from</w:t>
      </w:r>
      <w:r w:rsidR="00CB73EF">
        <w:t xml:space="preserve"> </w:t>
      </w:r>
      <w:r w:rsidRPr="0049251F">
        <w:t>April</w:t>
      </w:r>
      <w:r w:rsidR="00CB73EF">
        <w:t xml:space="preserve"> </w:t>
      </w:r>
      <w:r w:rsidRPr="0049251F">
        <w:t>2026.</w:t>
      </w:r>
    </w:p>
    <w:p w14:paraId="2EF47291" w14:textId="67F44CD7" w:rsidR="0049251F" w:rsidRPr="0049251F" w:rsidRDefault="0049251F" w:rsidP="0049251F">
      <w:r w:rsidRPr="0049251F">
        <w:t>Direct</w:t>
      </w:r>
      <w:r w:rsidR="00CB73EF">
        <w:t xml:space="preserve"> </w:t>
      </w:r>
      <w:r w:rsidRPr="0049251F">
        <w:t>Payments</w:t>
      </w:r>
      <w:r w:rsidR="00CB73EF">
        <w:t xml:space="preserve"> </w:t>
      </w:r>
      <w:r w:rsidRPr="0049251F">
        <w:t>enable</w:t>
      </w:r>
      <w:r w:rsidR="00CB73EF">
        <w:t xml:space="preserve"> </w:t>
      </w:r>
      <w:r w:rsidRPr="0049251F">
        <w:t>you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arrange</w:t>
      </w:r>
      <w:r w:rsidR="00CB73EF">
        <w:t xml:space="preserve"> </w:t>
      </w:r>
      <w:r w:rsidRPr="0049251F">
        <w:t>care</w:t>
      </w:r>
      <w:r w:rsidR="00CB73EF">
        <w:t xml:space="preserve"> </w:t>
      </w:r>
      <w:r w:rsidRPr="0049251F">
        <w:t>or</w:t>
      </w:r>
      <w:r w:rsidR="00CB73EF">
        <w:t xml:space="preserve"> </w:t>
      </w:r>
      <w:r w:rsidRPr="0049251F">
        <w:t>support</w:t>
      </w:r>
      <w:r w:rsidR="00CB73EF">
        <w:t xml:space="preserve"> </w:t>
      </w:r>
      <w:r w:rsidRPr="0049251F">
        <w:t>services</w:t>
      </w:r>
      <w:r w:rsidR="00CB73EF">
        <w:t xml:space="preserve"> </w:t>
      </w:r>
      <w:r w:rsidRPr="0049251F">
        <w:t>yourself</w:t>
      </w:r>
      <w:r w:rsidR="00CB73EF">
        <w:t xml:space="preserve"> </w:t>
      </w:r>
      <w:r w:rsidRPr="0049251F">
        <w:t>instead</w:t>
      </w:r>
      <w:r w:rsidR="00CB73EF">
        <w:t xml:space="preserve"> </w:t>
      </w:r>
      <w:r w:rsidRPr="0049251F">
        <w:t>of</w:t>
      </w:r>
      <w:r w:rsidR="00CB73EF">
        <w:t xml:space="preserve"> </w:t>
      </w:r>
      <w:r w:rsidRPr="0049251F">
        <w:t>receiving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package</w:t>
      </w:r>
      <w:r w:rsidR="00CB73EF">
        <w:t xml:space="preserve"> </w:t>
      </w:r>
      <w:r w:rsidRPr="0049251F">
        <w:t>of</w:t>
      </w:r>
      <w:r w:rsidR="00CB73EF">
        <w:t xml:space="preserve"> </w:t>
      </w:r>
      <w:r w:rsidRPr="0049251F">
        <w:t>care</w:t>
      </w:r>
      <w:r w:rsidR="00CB73EF">
        <w:t xml:space="preserve"> </w:t>
      </w:r>
      <w:r w:rsidRPr="0049251F">
        <w:t>or</w:t>
      </w:r>
      <w:r w:rsidR="00CB73EF">
        <w:t xml:space="preserve"> </w:t>
      </w:r>
      <w:r w:rsidRPr="0049251F">
        <w:t>support</w:t>
      </w:r>
      <w:r w:rsidR="00CB73EF">
        <w:t xml:space="preserve"> </w:t>
      </w:r>
      <w:r w:rsidRPr="0049251F">
        <w:t>arranged</w:t>
      </w:r>
      <w:r w:rsidR="00CB73EF">
        <w:t xml:space="preserve"> </w:t>
      </w:r>
      <w:r w:rsidRPr="0049251F">
        <w:t>by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49251F">
        <w:t>NHS.</w:t>
      </w:r>
      <w:r w:rsidR="00CB73EF">
        <w:t xml:space="preserve"> </w:t>
      </w:r>
    </w:p>
    <w:p w14:paraId="7D63B840" w14:textId="1C74B8F9" w:rsidR="0049251F" w:rsidRPr="0049251F" w:rsidRDefault="0049251F" w:rsidP="0049251F">
      <w:r w:rsidRPr="0049251F">
        <w:t>You</w:t>
      </w:r>
      <w:r w:rsidR="00CB73EF">
        <w:t xml:space="preserve"> </w:t>
      </w:r>
      <w:r w:rsidRPr="0049251F">
        <w:t>need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have</w:t>
      </w:r>
      <w:r w:rsidR="00CB73EF">
        <w:t xml:space="preserve"> </w:t>
      </w:r>
      <w:r w:rsidRPr="0049251F">
        <w:t>had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Continuing</w:t>
      </w:r>
      <w:r w:rsidR="00CB73EF">
        <w:t xml:space="preserve"> </w:t>
      </w:r>
      <w:r w:rsidRPr="0049251F">
        <w:t>NHS</w:t>
      </w:r>
      <w:r w:rsidR="00CB73EF">
        <w:t xml:space="preserve"> </w:t>
      </w:r>
      <w:r w:rsidRPr="0049251F">
        <w:t>Healthcare</w:t>
      </w:r>
      <w:r w:rsidR="00CB73EF">
        <w:t xml:space="preserve"> </w:t>
      </w:r>
      <w:r w:rsidRPr="0049251F">
        <w:t>assessment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be</w:t>
      </w:r>
      <w:r w:rsidR="00CB73EF">
        <w:t xml:space="preserve"> </w:t>
      </w:r>
      <w:r w:rsidRPr="0049251F">
        <w:t>eligible</w:t>
      </w:r>
      <w:r w:rsidR="00CB73EF">
        <w:t xml:space="preserve"> </w:t>
      </w:r>
      <w:r w:rsidRPr="0049251F">
        <w:t>for</w:t>
      </w:r>
      <w:r w:rsidR="00CB73EF">
        <w:t xml:space="preserve"> </w:t>
      </w:r>
      <w:r w:rsidRPr="0049251F">
        <w:t>Continuing</w:t>
      </w:r>
      <w:r w:rsidR="00CB73EF">
        <w:t xml:space="preserve"> </w:t>
      </w:r>
      <w:r w:rsidRPr="0049251F">
        <w:t>NHS</w:t>
      </w:r>
      <w:r w:rsidR="00CB73EF">
        <w:t xml:space="preserve"> </w:t>
      </w:r>
      <w:r w:rsidRPr="0049251F">
        <w:t>Healthcare</w:t>
      </w:r>
      <w:r w:rsidR="00CB73EF">
        <w:t xml:space="preserve"> </w:t>
      </w:r>
      <w:proofErr w:type="gramStart"/>
      <w:r w:rsidRPr="0049251F">
        <w:t>in</w:t>
      </w:r>
      <w:r w:rsidR="00CB73EF">
        <w:t xml:space="preserve"> </w:t>
      </w:r>
      <w:r w:rsidRPr="0049251F">
        <w:t>order</w:t>
      </w:r>
      <w:r w:rsidR="00CB73EF">
        <w:t xml:space="preserve"> </w:t>
      </w:r>
      <w:r w:rsidRPr="0049251F">
        <w:t>to</w:t>
      </w:r>
      <w:proofErr w:type="gramEnd"/>
      <w:r w:rsidR="00CB73EF">
        <w:t xml:space="preserve"> </w:t>
      </w:r>
      <w:r w:rsidRPr="0049251F">
        <w:t>receive</w:t>
      </w:r>
      <w:r w:rsidR="00CB73EF">
        <w:t xml:space="preserve"> </w:t>
      </w:r>
      <w:r w:rsidRPr="0049251F">
        <w:t>Direct</w:t>
      </w:r>
      <w:r w:rsidR="00CB73EF">
        <w:t xml:space="preserve"> </w:t>
      </w:r>
      <w:r w:rsidRPr="0049251F">
        <w:t>Payments.</w:t>
      </w:r>
      <w:r w:rsidR="00CB73EF">
        <w:t xml:space="preserve"> </w:t>
      </w:r>
    </w:p>
    <w:p w14:paraId="261D0FAF" w14:textId="1F5C9533" w:rsidR="0049251F" w:rsidRPr="0049251F" w:rsidRDefault="0049251F" w:rsidP="0049251F">
      <w:r w:rsidRPr="0049251F">
        <w:t>Direct</w:t>
      </w:r>
      <w:r w:rsidR="00CB73EF">
        <w:t xml:space="preserve"> </w:t>
      </w:r>
      <w:r w:rsidRPr="0049251F">
        <w:t>Payments</w:t>
      </w:r>
      <w:r w:rsidR="00CB73EF">
        <w:t xml:space="preserve"> </w:t>
      </w:r>
      <w:r w:rsidRPr="0049251F">
        <w:t>mean</w:t>
      </w:r>
      <w:r w:rsidR="00CB73EF">
        <w:t xml:space="preserve"> </w:t>
      </w:r>
      <w:r w:rsidRPr="0049251F">
        <w:t>you</w:t>
      </w:r>
      <w:r w:rsidR="00CB73EF">
        <w:t xml:space="preserve"> </w:t>
      </w:r>
      <w:r w:rsidRPr="0049251F">
        <w:t>can</w:t>
      </w:r>
      <w:r w:rsidR="00CB73EF">
        <w:t xml:space="preserve"> </w:t>
      </w:r>
      <w:r w:rsidRPr="0049251F">
        <w:t>have</w:t>
      </w:r>
      <w:r w:rsidR="00CB73EF">
        <w:t xml:space="preserve"> </w:t>
      </w:r>
      <w:r w:rsidRPr="0049251F">
        <w:t>more</w:t>
      </w:r>
      <w:r w:rsidR="00CB73EF">
        <w:t xml:space="preserve"> </w:t>
      </w:r>
      <w:r w:rsidRPr="0049251F">
        <w:t>control</w:t>
      </w:r>
      <w:r w:rsidR="00CB73EF">
        <w:t xml:space="preserve"> </w:t>
      </w:r>
      <w:r w:rsidRPr="0049251F">
        <w:t>over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49251F">
        <w:t>support</w:t>
      </w:r>
      <w:r w:rsidR="00CB73EF">
        <w:t xml:space="preserve"> </w:t>
      </w:r>
      <w:r w:rsidRPr="0049251F">
        <w:t>you</w:t>
      </w:r>
      <w:r w:rsidR="00CB73EF">
        <w:t xml:space="preserve"> </w:t>
      </w:r>
      <w:r w:rsidR="00D649CF" w:rsidRPr="0049251F">
        <w:t>need</w:t>
      </w:r>
      <w:r w:rsidR="00CB73EF">
        <w:t xml:space="preserve"> </w:t>
      </w:r>
      <w:r w:rsidR="00D649CF" w:rsidRPr="0049251F">
        <w:t>and</w:t>
      </w:r>
      <w:r w:rsidR="00CB73EF">
        <w:t xml:space="preserve"> </w:t>
      </w:r>
      <w:r w:rsidRPr="0049251F">
        <w:t>make</w:t>
      </w:r>
      <w:r w:rsidR="00CB73EF">
        <w:t xml:space="preserve"> </w:t>
      </w:r>
      <w:r w:rsidRPr="0049251F">
        <w:t>important</w:t>
      </w:r>
      <w:r w:rsidR="00CB73EF">
        <w:t xml:space="preserve"> </w:t>
      </w:r>
      <w:r w:rsidRPr="0049251F">
        <w:t>choices</w:t>
      </w:r>
      <w:r w:rsidR="00CB73EF">
        <w:t xml:space="preserve"> </w:t>
      </w:r>
      <w:r w:rsidRPr="0049251F">
        <w:t>about</w:t>
      </w:r>
      <w:r w:rsidR="00CB73EF">
        <w:t xml:space="preserve"> </w:t>
      </w:r>
      <w:r w:rsidRPr="0049251F">
        <w:t>your</w:t>
      </w:r>
      <w:r w:rsidR="00CB73EF">
        <w:t xml:space="preserve"> </w:t>
      </w:r>
      <w:r w:rsidRPr="0049251F">
        <w:t>Continuing</w:t>
      </w:r>
      <w:r w:rsidR="00CB73EF">
        <w:t xml:space="preserve"> </w:t>
      </w:r>
      <w:r w:rsidRPr="0049251F">
        <w:t>NHS</w:t>
      </w:r>
      <w:r w:rsidR="00CB73EF">
        <w:t xml:space="preserve"> </w:t>
      </w:r>
      <w:r w:rsidRPr="0049251F">
        <w:t>Healthcare.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49251F">
        <w:t>payments,</w:t>
      </w:r>
      <w:r w:rsidR="00CB73EF">
        <w:t xml:space="preserve"> </w:t>
      </w:r>
      <w:r w:rsidRPr="0049251F">
        <w:t>however,</w:t>
      </w:r>
      <w:r w:rsidR="00CB73EF">
        <w:t xml:space="preserve"> </w:t>
      </w:r>
      <w:r w:rsidRPr="0049251F">
        <w:t>must</w:t>
      </w:r>
      <w:r w:rsidR="00CB73EF">
        <w:t xml:space="preserve"> </w:t>
      </w:r>
      <w:r w:rsidRPr="0049251F">
        <w:t>be</w:t>
      </w:r>
      <w:r w:rsidR="00CB73EF">
        <w:t xml:space="preserve"> </w:t>
      </w:r>
      <w:r w:rsidRPr="0049251F">
        <w:t>used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meet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49251F">
        <w:t>needs</w:t>
      </w:r>
      <w:r w:rsidR="00CB73EF">
        <w:t xml:space="preserve"> </w:t>
      </w:r>
      <w:r w:rsidRPr="0049251F">
        <w:t>for</w:t>
      </w:r>
      <w:r w:rsidR="00CB73EF">
        <w:t xml:space="preserve"> </w:t>
      </w:r>
      <w:r w:rsidRPr="0049251F">
        <w:t>which</w:t>
      </w:r>
      <w:r w:rsidR="00CB73EF">
        <w:t xml:space="preserve"> </w:t>
      </w:r>
      <w:r w:rsidRPr="0049251F">
        <w:t>social</w:t>
      </w:r>
      <w:r w:rsidR="00CB73EF">
        <w:t xml:space="preserve"> </w:t>
      </w:r>
      <w:r w:rsidRPr="0049251F">
        <w:t>services</w:t>
      </w:r>
      <w:r w:rsidR="00CB73EF">
        <w:t xml:space="preserve"> </w:t>
      </w:r>
      <w:r w:rsidRPr="0049251F">
        <w:t>have</w:t>
      </w:r>
      <w:r w:rsidR="00CB73EF">
        <w:t xml:space="preserve"> </w:t>
      </w:r>
      <w:r w:rsidRPr="0049251F">
        <w:t>agreed</w:t>
      </w:r>
      <w:r w:rsidR="00CB73EF">
        <w:t xml:space="preserve"> </w:t>
      </w:r>
      <w:r w:rsidRPr="0049251F">
        <w:t>you</w:t>
      </w:r>
      <w:r w:rsidR="00CB73EF">
        <w:t xml:space="preserve"> </w:t>
      </w:r>
      <w:r w:rsidRPr="0049251F">
        <w:t>should</w:t>
      </w:r>
      <w:r w:rsidR="00CB73EF">
        <w:t xml:space="preserve"> </w:t>
      </w:r>
      <w:r w:rsidRPr="0049251F">
        <w:t>have</w:t>
      </w:r>
      <w:r w:rsidR="00CB73EF">
        <w:t xml:space="preserve"> </w:t>
      </w:r>
      <w:r w:rsidRPr="0049251F">
        <w:t>help.</w:t>
      </w:r>
      <w:r w:rsidR="00CB73EF">
        <w:t xml:space="preserve"> </w:t>
      </w:r>
    </w:p>
    <w:p w14:paraId="540204D7" w14:textId="5BB88916" w:rsidR="0049251F" w:rsidRPr="0049251F" w:rsidRDefault="0049251F" w:rsidP="0049251F">
      <w:r w:rsidRPr="0049251F">
        <w:t>To</w:t>
      </w:r>
      <w:r w:rsidR="00CB73EF">
        <w:t xml:space="preserve"> </w:t>
      </w:r>
      <w:r w:rsidRPr="0049251F">
        <w:t>be</w:t>
      </w:r>
      <w:r w:rsidR="00CB73EF">
        <w:t xml:space="preserve"> </w:t>
      </w:r>
      <w:r w:rsidRPr="0049251F">
        <w:t>eligible</w:t>
      </w:r>
      <w:r w:rsidR="00CB73EF">
        <w:t xml:space="preserve"> </w:t>
      </w:r>
      <w:r w:rsidRPr="0049251F">
        <w:t>for</w:t>
      </w:r>
      <w:r w:rsidR="00CB73EF">
        <w:t xml:space="preserve"> </w:t>
      </w:r>
      <w:r w:rsidRPr="0049251F">
        <w:t>Direct</w:t>
      </w:r>
      <w:r w:rsidR="00CB73EF">
        <w:t xml:space="preserve"> </w:t>
      </w:r>
      <w:r w:rsidRPr="0049251F">
        <w:t>Payments</w:t>
      </w:r>
      <w:r w:rsidR="00CB73EF">
        <w:t xml:space="preserve"> </w:t>
      </w:r>
      <w:r w:rsidRPr="0049251F">
        <w:t>we</w:t>
      </w:r>
      <w:r w:rsidR="00CB73EF">
        <w:t xml:space="preserve"> </w:t>
      </w:r>
      <w:r w:rsidRPr="0049251F">
        <w:t>need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be</w:t>
      </w:r>
      <w:r w:rsidR="00CB73EF">
        <w:t xml:space="preserve"> </w:t>
      </w:r>
      <w:r w:rsidRPr="0049251F">
        <w:t>satisfied</w:t>
      </w:r>
      <w:r w:rsidR="00CB73EF">
        <w:t xml:space="preserve"> </w:t>
      </w:r>
      <w:r w:rsidRPr="0049251F">
        <w:t>that</w:t>
      </w:r>
      <w:r w:rsidR="00CB73EF">
        <w:t xml:space="preserve"> </w:t>
      </w:r>
      <w:r w:rsidRPr="0049251F">
        <w:t>your</w:t>
      </w:r>
      <w:r w:rsidR="00CB73EF">
        <w:t xml:space="preserve"> </w:t>
      </w:r>
      <w:r w:rsidRPr="0049251F">
        <w:t>needs</w:t>
      </w:r>
      <w:r w:rsidR="00CB73EF">
        <w:t xml:space="preserve"> </w:t>
      </w:r>
      <w:r w:rsidRPr="0049251F">
        <w:t>can</w:t>
      </w:r>
      <w:r w:rsidR="00CB73EF">
        <w:t xml:space="preserve"> </w:t>
      </w:r>
      <w:r w:rsidRPr="0049251F">
        <w:t>be</w:t>
      </w:r>
      <w:r w:rsidR="00CB73EF">
        <w:t xml:space="preserve"> </w:t>
      </w:r>
      <w:r w:rsidRPr="0049251F">
        <w:t>met</w:t>
      </w:r>
      <w:r w:rsidR="00CB73EF">
        <w:t xml:space="preserve"> </w:t>
      </w:r>
      <w:r w:rsidRPr="0049251F">
        <w:t>in</w:t>
      </w:r>
      <w:r w:rsidR="00CB73EF">
        <w:t xml:space="preserve"> </w:t>
      </w:r>
      <w:r w:rsidRPr="0049251F">
        <w:t>this</w:t>
      </w:r>
      <w:r w:rsidR="00CB73EF">
        <w:t xml:space="preserve"> </w:t>
      </w:r>
      <w:r w:rsidRPr="0049251F">
        <w:t>way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that</w:t>
      </w:r>
      <w:r w:rsidR="00CB73EF">
        <w:t xml:space="preserve"> </w:t>
      </w:r>
      <w:r w:rsidRPr="0049251F">
        <w:t>you</w:t>
      </w:r>
      <w:r w:rsidR="00CB73EF">
        <w:t xml:space="preserve"> </w:t>
      </w:r>
      <w:r w:rsidRPr="0049251F">
        <w:t>are</w:t>
      </w:r>
      <w:r w:rsidR="00CB73EF">
        <w:t xml:space="preserve"> </w:t>
      </w:r>
      <w:r w:rsidRPr="0049251F">
        <w:t>able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manage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49251F">
        <w:t>Direct</w:t>
      </w:r>
      <w:r w:rsidR="00CB73EF">
        <w:t xml:space="preserve"> </w:t>
      </w:r>
      <w:r w:rsidRPr="0049251F">
        <w:t>Payments,</w:t>
      </w:r>
      <w:r w:rsidR="00CB73EF">
        <w:t xml:space="preserve"> </w:t>
      </w:r>
      <w:r w:rsidRPr="0049251F">
        <w:t>either</w:t>
      </w:r>
      <w:r w:rsidR="00CB73EF">
        <w:t xml:space="preserve"> </w:t>
      </w:r>
      <w:r w:rsidRPr="0049251F">
        <w:t>alone</w:t>
      </w:r>
      <w:r w:rsidR="00CB73EF">
        <w:t xml:space="preserve"> </w:t>
      </w:r>
      <w:r w:rsidRPr="0049251F">
        <w:t>or</w:t>
      </w:r>
      <w:r w:rsidR="00CB73EF">
        <w:t xml:space="preserve"> </w:t>
      </w:r>
      <w:r w:rsidRPr="0049251F">
        <w:t>with</w:t>
      </w:r>
      <w:r w:rsidR="00CB73EF">
        <w:t xml:space="preserve"> </w:t>
      </w:r>
      <w:r w:rsidRPr="0049251F">
        <w:t>help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support.</w:t>
      </w:r>
      <w:r w:rsidR="00CB73EF">
        <w:t xml:space="preserve"> </w:t>
      </w:r>
    </w:p>
    <w:p w14:paraId="2C285853" w14:textId="3F3B4761" w:rsidR="00256EE0" w:rsidRPr="0049251F" w:rsidRDefault="00256EE0" w:rsidP="006D0999">
      <w:pPr>
        <w:pStyle w:val="Heading2"/>
      </w:pPr>
      <w:r w:rsidRPr="0049251F">
        <w:t>What</w:t>
      </w:r>
      <w:r w:rsidR="00CB73EF">
        <w:t xml:space="preserve"> </w:t>
      </w:r>
      <w:r w:rsidRPr="0049251F">
        <w:t>are</w:t>
      </w:r>
      <w:r w:rsidR="00CB73EF">
        <w:t xml:space="preserve"> </w:t>
      </w:r>
      <w:r w:rsidRPr="0049251F">
        <w:t>Direct</w:t>
      </w:r>
      <w:r w:rsidR="00CB73EF">
        <w:t xml:space="preserve"> </w:t>
      </w:r>
      <w:r w:rsidRPr="006D0999">
        <w:t>Payments</w:t>
      </w:r>
    </w:p>
    <w:p w14:paraId="74D5BCA7" w14:textId="1839316C" w:rsidR="0049251F" w:rsidRPr="0049251F" w:rsidRDefault="0049251F" w:rsidP="0049251F">
      <w:r w:rsidRPr="0049251F">
        <w:t>Direct</w:t>
      </w:r>
      <w:r w:rsidR="00CB73EF">
        <w:t xml:space="preserve"> </w:t>
      </w:r>
      <w:r w:rsidRPr="0049251F">
        <w:t>Payments</w:t>
      </w:r>
      <w:r w:rsidR="00CB73EF">
        <w:t xml:space="preserve"> </w:t>
      </w:r>
      <w:r w:rsidRPr="0049251F">
        <w:t>are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mechanism</w:t>
      </w:r>
      <w:r w:rsidR="00CB73EF">
        <w:t xml:space="preserve"> </w:t>
      </w:r>
      <w:r w:rsidRPr="0049251F">
        <w:t>through</w:t>
      </w:r>
      <w:r w:rsidR="00CB73EF">
        <w:t xml:space="preserve"> </w:t>
      </w:r>
      <w:r w:rsidRPr="0049251F">
        <w:t>which</w:t>
      </w:r>
      <w:r w:rsidR="00CB73EF">
        <w:t xml:space="preserve"> </w:t>
      </w:r>
      <w:r w:rsidRPr="0049251F">
        <w:t>eligible</w:t>
      </w:r>
      <w:r w:rsidR="00CB73EF">
        <w:t xml:space="preserve"> </w:t>
      </w:r>
      <w:r w:rsidRPr="0049251F">
        <w:t>individuals</w:t>
      </w:r>
      <w:r w:rsidR="00CB73EF">
        <w:t xml:space="preserve"> </w:t>
      </w:r>
      <w:r w:rsidRPr="0049251F">
        <w:t>can</w:t>
      </w:r>
      <w:r w:rsidR="00CB73EF">
        <w:t xml:space="preserve"> </w:t>
      </w:r>
      <w:r w:rsidRPr="0049251F">
        <w:t>receive</w:t>
      </w:r>
      <w:r w:rsidR="00CB73EF">
        <w:t xml:space="preserve"> </w:t>
      </w:r>
      <w:r w:rsidRPr="0049251F">
        <w:t>funds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arrange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manage</w:t>
      </w:r>
      <w:r w:rsidR="00CB73EF">
        <w:t xml:space="preserve"> </w:t>
      </w:r>
      <w:r w:rsidRPr="0049251F">
        <w:t>their</w:t>
      </w:r>
      <w:r w:rsidR="00CB73EF">
        <w:t xml:space="preserve"> </w:t>
      </w:r>
      <w:r w:rsidRPr="0049251F">
        <w:t>own</w:t>
      </w:r>
      <w:r w:rsidR="00CB73EF">
        <w:t xml:space="preserve"> </w:t>
      </w:r>
      <w:r w:rsidRPr="0049251F">
        <w:t>care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support.</w:t>
      </w:r>
    </w:p>
    <w:p w14:paraId="667E74A4" w14:textId="6D274481" w:rsidR="0049251F" w:rsidRPr="0049251F" w:rsidRDefault="0049251F" w:rsidP="0049251F">
      <w:r w:rsidRPr="0049251F">
        <w:t>They</w:t>
      </w:r>
      <w:r w:rsidR="00CB73EF">
        <w:t xml:space="preserve"> </w:t>
      </w:r>
      <w:r w:rsidRPr="0049251F">
        <w:t>are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way</w:t>
      </w:r>
      <w:r w:rsidR="00CB73EF">
        <w:t xml:space="preserve"> </w:t>
      </w:r>
      <w:r w:rsidRPr="0049251F">
        <w:t>by</w:t>
      </w:r>
      <w:r w:rsidR="00CB73EF">
        <w:t xml:space="preserve"> </w:t>
      </w:r>
      <w:r w:rsidRPr="0049251F">
        <w:t>which</w:t>
      </w:r>
      <w:r w:rsidR="00CB73EF">
        <w:t xml:space="preserve"> </w:t>
      </w:r>
      <w:r w:rsidRPr="0049251F">
        <w:t>people</w:t>
      </w:r>
      <w:r w:rsidR="00CB73EF">
        <w:t xml:space="preserve"> </w:t>
      </w:r>
      <w:r w:rsidRPr="0049251F">
        <w:t>can</w:t>
      </w:r>
      <w:r w:rsidR="00CB73EF">
        <w:t xml:space="preserve"> </w:t>
      </w:r>
      <w:r w:rsidRPr="0049251F">
        <w:t>make</w:t>
      </w:r>
      <w:r w:rsidR="00CB73EF">
        <w:t xml:space="preserve"> </w:t>
      </w:r>
      <w:r w:rsidRPr="0049251F">
        <w:t>choices,</w:t>
      </w:r>
      <w:r w:rsidR="00CB73EF">
        <w:t xml:space="preserve"> </w:t>
      </w:r>
      <w:r w:rsidRPr="0049251F">
        <w:t>have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voice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have</w:t>
      </w:r>
      <w:r w:rsidR="00CB73EF">
        <w:t xml:space="preserve"> </w:t>
      </w:r>
      <w:r w:rsidRPr="0049251F">
        <w:t>control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decide</w:t>
      </w:r>
      <w:r w:rsidR="00CB73EF">
        <w:t xml:space="preserve"> </w:t>
      </w:r>
      <w:r w:rsidRPr="0049251F">
        <w:t>how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meet</w:t>
      </w:r>
      <w:r w:rsidR="00CB73EF">
        <w:t xml:space="preserve"> </w:t>
      </w:r>
      <w:r w:rsidRPr="0049251F">
        <w:t>their</w:t>
      </w:r>
      <w:r w:rsidR="00CB73EF">
        <w:t xml:space="preserve"> </w:t>
      </w:r>
      <w:r w:rsidRPr="0049251F">
        <w:t>needs</w:t>
      </w:r>
      <w:r w:rsidR="00CB73EF">
        <w:t xml:space="preserve"> </w:t>
      </w:r>
      <w:r w:rsidRPr="0049251F">
        <w:t>for</w:t>
      </w:r>
      <w:r w:rsidR="00CB73EF">
        <w:t xml:space="preserve"> </w:t>
      </w:r>
      <w:r w:rsidRPr="0049251F">
        <w:t>care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support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achieve</w:t>
      </w:r>
      <w:r w:rsidR="00CB73EF">
        <w:t xml:space="preserve"> </w:t>
      </w:r>
      <w:r w:rsidRPr="0049251F">
        <w:t>their</w:t>
      </w:r>
      <w:r w:rsidR="00CB73EF">
        <w:t xml:space="preserve"> </w:t>
      </w:r>
      <w:r w:rsidRPr="0049251F">
        <w:t>personal</w:t>
      </w:r>
      <w:r w:rsidR="00CB73EF">
        <w:t xml:space="preserve"> </w:t>
      </w:r>
      <w:r w:rsidRPr="0049251F">
        <w:t>outcomes.</w:t>
      </w:r>
    </w:p>
    <w:p w14:paraId="69E4241B" w14:textId="45AA50C1" w:rsidR="0049251F" w:rsidRPr="0049251F" w:rsidRDefault="0049251F" w:rsidP="0049251F">
      <w:r w:rsidRPr="0049251F">
        <w:t>Direct</w:t>
      </w:r>
      <w:r w:rsidR="00CB73EF">
        <w:t xml:space="preserve"> </w:t>
      </w:r>
      <w:r w:rsidRPr="0049251F">
        <w:t>Payments</w:t>
      </w:r>
      <w:r w:rsidR="00CB73EF">
        <w:t xml:space="preserve"> </w:t>
      </w:r>
      <w:r w:rsidRPr="0049251F">
        <w:t>may</w:t>
      </w:r>
      <w:r w:rsidR="00CB73EF">
        <w:t xml:space="preserve"> </w:t>
      </w:r>
      <w:r w:rsidRPr="0049251F">
        <w:t>be</w:t>
      </w:r>
      <w:r w:rsidR="00CB73EF">
        <w:t xml:space="preserve"> </w:t>
      </w:r>
      <w:r w:rsidRPr="0049251F">
        <w:t>made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an</w:t>
      </w:r>
      <w:r w:rsidR="00CB73EF">
        <w:t xml:space="preserve"> </w:t>
      </w:r>
      <w:r w:rsidRPr="0049251F">
        <w:t>eligible</w:t>
      </w:r>
      <w:r w:rsidR="00CB73EF">
        <w:t xml:space="preserve"> </w:t>
      </w:r>
      <w:r w:rsidRPr="0049251F">
        <w:t>individual</w:t>
      </w:r>
      <w:r w:rsidR="00CB73EF">
        <w:t xml:space="preserve"> </w:t>
      </w:r>
      <w:r w:rsidRPr="0049251F">
        <w:t>who</w:t>
      </w:r>
      <w:r w:rsidR="00CB73EF">
        <w:t xml:space="preserve"> </w:t>
      </w:r>
      <w:r w:rsidRPr="0049251F">
        <w:t>is</w:t>
      </w:r>
      <w:r w:rsidR="00CB73EF">
        <w:t xml:space="preserve"> </w:t>
      </w:r>
      <w:r w:rsidRPr="0049251F">
        <w:t>entitled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Continuing</w:t>
      </w:r>
      <w:r w:rsidR="00CB73EF">
        <w:t xml:space="preserve"> </w:t>
      </w:r>
      <w:r w:rsidRPr="0049251F">
        <w:t>NHS</w:t>
      </w:r>
      <w:r w:rsidR="00CB73EF">
        <w:t xml:space="preserve"> </w:t>
      </w:r>
      <w:r w:rsidRPr="0049251F">
        <w:t>Healthcare.</w:t>
      </w:r>
    </w:p>
    <w:p w14:paraId="642B823F" w14:textId="4E067D19" w:rsidR="0049251F" w:rsidRPr="0049251F" w:rsidRDefault="0049251F" w:rsidP="0049251F">
      <w:r w:rsidRPr="0049251F">
        <w:t>Continuing</w:t>
      </w:r>
      <w:r w:rsidR="00CB73EF">
        <w:t xml:space="preserve"> </w:t>
      </w:r>
      <w:r w:rsidRPr="0049251F">
        <w:t>NHS</w:t>
      </w:r>
      <w:r w:rsidR="00CB73EF">
        <w:t xml:space="preserve"> </w:t>
      </w:r>
      <w:r w:rsidRPr="0049251F">
        <w:t>Healthcare</w:t>
      </w:r>
      <w:r w:rsidR="00CB73EF">
        <w:t xml:space="preserve"> </w:t>
      </w:r>
      <w:r w:rsidRPr="0049251F">
        <w:t>is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complete</w:t>
      </w:r>
      <w:r w:rsidR="00CB73EF">
        <w:t xml:space="preserve"> </w:t>
      </w:r>
      <w:r w:rsidRPr="0049251F">
        <w:t>package</w:t>
      </w:r>
      <w:r w:rsidR="00CB73EF">
        <w:t xml:space="preserve"> </w:t>
      </w:r>
      <w:r w:rsidRPr="0049251F">
        <w:t>of</w:t>
      </w:r>
      <w:r w:rsidR="00CB73EF">
        <w:t xml:space="preserve"> </w:t>
      </w:r>
      <w:r w:rsidRPr="0049251F">
        <w:t>ongoing</w:t>
      </w:r>
      <w:r w:rsidR="00CB73EF">
        <w:t xml:space="preserve"> </w:t>
      </w:r>
      <w:r w:rsidRPr="0049251F">
        <w:t>care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support</w:t>
      </w:r>
      <w:r w:rsidR="00CB73EF">
        <w:t xml:space="preserve"> </w:t>
      </w:r>
      <w:r w:rsidRPr="0049251F">
        <w:t>arranged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funded</w:t>
      </w:r>
      <w:r w:rsidR="00CB73EF">
        <w:t xml:space="preserve"> </w:t>
      </w:r>
      <w:r w:rsidRPr="0049251F">
        <w:t>solely</w:t>
      </w:r>
      <w:r w:rsidR="00CB73EF">
        <w:t xml:space="preserve"> </w:t>
      </w:r>
      <w:r w:rsidRPr="0049251F">
        <w:t>by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49251F">
        <w:t>NHS</w:t>
      </w:r>
    </w:p>
    <w:p w14:paraId="0729852C" w14:textId="48B6BC8B" w:rsidR="0049251F" w:rsidRPr="0049251F" w:rsidRDefault="0049251F" w:rsidP="0049251F">
      <w:r w:rsidRPr="0049251F">
        <w:t>A</w:t>
      </w:r>
      <w:r w:rsidR="00CB73EF">
        <w:t xml:space="preserve"> </w:t>
      </w:r>
      <w:r w:rsidRPr="0049251F">
        <w:t>Direct</w:t>
      </w:r>
      <w:r w:rsidR="00CB73EF">
        <w:t xml:space="preserve"> </w:t>
      </w:r>
      <w:r w:rsidRPr="0049251F">
        <w:t>Payment</w:t>
      </w:r>
      <w:r w:rsidR="00CB73EF">
        <w:t xml:space="preserve"> </w:t>
      </w:r>
      <w:r w:rsidRPr="0049251F">
        <w:t>for</w:t>
      </w:r>
      <w:r w:rsidR="00CB73EF">
        <w:t xml:space="preserve"> </w:t>
      </w:r>
      <w:r w:rsidRPr="0049251F">
        <w:t>Continuing</w:t>
      </w:r>
      <w:r w:rsidR="00CB73EF">
        <w:t xml:space="preserve"> </w:t>
      </w:r>
      <w:r w:rsidRPr="0049251F">
        <w:t>NHS</w:t>
      </w:r>
      <w:r w:rsidR="00CB73EF">
        <w:t xml:space="preserve"> </w:t>
      </w:r>
      <w:r w:rsidRPr="0049251F">
        <w:t>Healthcare</w:t>
      </w:r>
      <w:r w:rsidR="00CB73EF">
        <w:t xml:space="preserve"> </w:t>
      </w:r>
      <w:r w:rsidRPr="0049251F">
        <w:t>is</w:t>
      </w:r>
      <w:r w:rsidR="00CB73EF">
        <w:t xml:space="preserve"> </w:t>
      </w:r>
      <w:r w:rsidRPr="0049251F">
        <w:t>money</w:t>
      </w:r>
      <w:r w:rsidR="00CB73EF">
        <w:t xml:space="preserve"> </w:t>
      </w:r>
      <w:r w:rsidRPr="0049251F">
        <w:t>paid</w:t>
      </w:r>
      <w:r w:rsidR="00CB73EF">
        <w:t xml:space="preserve"> </w:t>
      </w:r>
      <w:r w:rsidRPr="0049251F">
        <w:t>by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Local</w:t>
      </w:r>
      <w:r w:rsidR="00CB73EF">
        <w:t xml:space="preserve"> </w:t>
      </w:r>
      <w:r w:rsidRPr="0049251F">
        <w:t>Health</w:t>
      </w:r>
      <w:r w:rsidR="00CB73EF">
        <w:t xml:space="preserve"> </w:t>
      </w:r>
      <w:r w:rsidRPr="0049251F">
        <w:t>Board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an</w:t>
      </w:r>
      <w:r w:rsidR="00CB73EF">
        <w:t xml:space="preserve"> </w:t>
      </w:r>
      <w:r w:rsidRPr="0049251F">
        <w:t>individual,</w:t>
      </w:r>
      <w:r w:rsidR="00CB73EF">
        <w:t xml:space="preserve"> </w:t>
      </w:r>
      <w:r w:rsidRPr="0049251F">
        <w:t>or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representative</w:t>
      </w:r>
      <w:r w:rsidR="00CB73EF">
        <w:t xml:space="preserve"> </w:t>
      </w:r>
      <w:r w:rsidRPr="0049251F">
        <w:t>or</w:t>
      </w:r>
      <w:r w:rsidR="00CB73EF">
        <w:t xml:space="preserve"> </w:t>
      </w:r>
      <w:r w:rsidRPr="0049251F">
        <w:t>nominee</w:t>
      </w:r>
      <w:r w:rsidR="00CB73EF">
        <w:t xml:space="preserve"> </w:t>
      </w:r>
      <w:r w:rsidRPr="0049251F">
        <w:t>on</w:t>
      </w:r>
      <w:r w:rsidR="00CB73EF">
        <w:t xml:space="preserve"> </w:t>
      </w:r>
      <w:r w:rsidRPr="0049251F">
        <w:t>their</w:t>
      </w:r>
      <w:r w:rsidR="00CB73EF">
        <w:t xml:space="preserve"> </w:t>
      </w:r>
      <w:r w:rsidRPr="0049251F">
        <w:t>behalf,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enable</w:t>
      </w:r>
      <w:r w:rsidR="00CB73EF">
        <w:t xml:space="preserve"> </w:t>
      </w:r>
      <w:r w:rsidRPr="0049251F">
        <w:t>them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arrange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manage</w:t>
      </w:r>
      <w:r w:rsidR="00CB73EF">
        <w:t xml:space="preserve"> </w:t>
      </w:r>
      <w:r w:rsidRPr="0049251F">
        <w:t>their</w:t>
      </w:r>
      <w:r w:rsidR="00CB73EF">
        <w:t xml:space="preserve"> </w:t>
      </w:r>
      <w:r w:rsidRPr="0049251F">
        <w:t>own</w:t>
      </w:r>
      <w:r w:rsidR="00CB73EF">
        <w:t xml:space="preserve"> </w:t>
      </w:r>
      <w:r w:rsidRPr="0049251F">
        <w:t>care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support</w:t>
      </w:r>
      <w:r w:rsidR="00CB73EF">
        <w:t xml:space="preserve"> </w:t>
      </w:r>
      <w:r w:rsidRPr="0049251F">
        <w:t>in</w:t>
      </w:r>
      <w:r w:rsidR="00CB73EF">
        <w:t xml:space="preserve"> </w:t>
      </w:r>
      <w:r w:rsidRPr="0049251F">
        <w:t>their</w:t>
      </w:r>
      <w:r w:rsidR="00CB73EF">
        <w:t xml:space="preserve"> </w:t>
      </w:r>
      <w:r w:rsidRPr="0049251F">
        <w:t>own</w:t>
      </w:r>
      <w:r w:rsidR="00CB73EF">
        <w:t xml:space="preserve"> </w:t>
      </w:r>
      <w:r w:rsidRPr="0049251F">
        <w:t>home.</w:t>
      </w:r>
    </w:p>
    <w:p w14:paraId="5EE6A9F2" w14:textId="4692F1BC" w:rsidR="0049251F" w:rsidRPr="0049251F" w:rsidRDefault="0049251F" w:rsidP="0049251F">
      <w:r w:rsidRPr="0049251F">
        <w:lastRenderedPageBreak/>
        <w:t>The</w:t>
      </w:r>
      <w:r w:rsidR="00CB73EF">
        <w:t xml:space="preserve"> </w:t>
      </w:r>
      <w:r w:rsidRPr="0049251F">
        <w:t>Direct</w:t>
      </w:r>
      <w:r w:rsidR="00CB73EF">
        <w:t xml:space="preserve"> </w:t>
      </w:r>
      <w:r w:rsidRPr="0049251F">
        <w:t>Payment</w:t>
      </w:r>
      <w:r w:rsidR="00CB73EF">
        <w:t xml:space="preserve"> </w:t>
      </w:r>
      <w:r w:rsidRPr="0049251F">
        <w:t>is</w:t>
      </w:r>
      <w:r w:rsidR="00CB73EF">
        <w:t xml:space="preserve"> </w:t>
      </w:r>
      <w:r w:rsidRPr="0049251F">
        <w:t>based</w:t>
      </w:r>
      <w:r w:rsidR="00CB73EF">
        <w:t xml:space="preserve"> </w:t>
      </w:r>
      <w:r w:rsidRPr="0049251F">
        <w:t>on</w:t>
      </w:r>
      <w:r w:rsidR="00CB73EF">
        <w:t xml:space="preserve"> </w:t>
      </w:r>
      <w:r w:rsidRPr="0049251F">
        <w:t>an</w:t>
      </w:r>
      <w:r w:rsidR="00CB73EF">
        <w:t xml:space="preserve"> </w:t>
      </w:r>
      <w:r w:rsidRPr="0049251F">
        <w:t>agreed</w:t>
      </w:r>
      <w:r w:rsidR="00CB73EF">
        <w:t xml:space="preserve"> </w:t>
      </w:r>
      <w:r w:rsidRPr="0049251F">
        <w:t>care</w:t>
      </w:r>
      <w:r w:rsidR="00CB73EF">
        <w:t xml:space="preserve"> </w:t>
      </w:r>
      <w:r w:rsidRPr="0049251F">
        <w:t>plan</w:t>
      </w:r>
      <w:r w:rsidR="00CB73EF">
        <w:t xml:space="preserve"> </w:t>
      </w:r>
      <w:r w:rsidRPr="0049251F">
        <w:t>which</w:t>
      </w:r>
      <w:r w:rsidR="00CB73EF">
        <w:t xml:space="preserve"> </w:t>
      </w:r>
      <w:r w:rsidRPr="0049251F">
        <w:t>identifies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49251F">
        <w:t>services</w:t>
      </w:r>
      <w:r w:rsidR="00CB73EF">
        <w:t xml:space="preserve"> </w:t>
      </w:r>
      <w:r w:rsidRPr="0049251F">
        <w:t>and/or</w:t>
      </w:r>
      <w:r w:rsidR="00CB73EF">
        <w:t xml:space="preserve"> </w:t>
      </w:r>
      <w:r w:rsidRPr="0049251F">
        <w:t>support</w:t>
      </w:r>
      <w:r w:rsidR="00CB73EF">
        <w:t xml:space="preserve"> </w:t>
      </w:r>
      <w:r w:rsidRPr="0049251F">
        <w:t>the</w:t>
      </w:r>
      <w:r w:rsidR="00CB73EF">
        <w:t xml:space="preserve"> </w:t>
      </w:r>
      <w:r w:rsidR="007B1FF9">
        <w:t>D</w:t>
      </w:r>
      <w:r w:rsidRPr="0049251F">
        <w:t>irect</w:t>
      </w:r>
      <w:r w:rsidR="00CB73EF">
        <w:t xml:space="preserve"> </w:t>
      </w:r>
      <w:r w:rsidR="007B1FF9">
        <w:t>P</w:t>
      </w:r>
      <w:r w:rsidRPr="0049251F">
        <w:t>ayment</w:t>
      </w:r>
      <w:r w:rsidR="00CB73EF">
        <w:t xml:space="preserve"> </w:t>
      </w:r>
      <w:r w:rsidRPr="0049251F">
        <w:t>must</w:t>
      </w:r>
      <w:r w:rsidR="00CB73EF">
        <w:t xml:space="preserve"> </w:t>
      </w:r>
      <w:r w:rsidRPr="0049251F">
        <w:t>be</w:t>
      </w:r>
      <w:r w:rsidR="00CB73EF">
        <w:t xml:space="preserve"> </w:t>
      </w:r>
      <w:r w:rsidRPr="0049251F">
        <w:t>used</w:t>
      </w:r>
      <w:r w:rsidR="00CB73EF">
        <w:t xml:space="preserve"> </w:t>
      </w:r>
      <w:r w:rsidRPr="0049251F">
        <w:t>for.</w:t>
      </w:r>
      <w:r w:rsidR="00CB73EF">
        <w:t xml:space="preserve">  </w:t>
      </w:r>
    </w:p>
    <w:p w14:paraId="31D02A9A" w14:textId="587CD140" w:rsidR="00FE2924" w:rsidRPr="0049251F" w:rsidRDefault="00FE2924" w:rsidP="0049251F">
      <w:r w:rsidRPr="0049251F">
        <w:t>Direct</w:t>
      </w:r>
      <w:r w:rsidR="00CB73EF">
        <w:t xml:space="preserve"> </w:t>
      </w:r>
      <w:r w:rsidR="00213082" w:rsidRPr="0049251F">
        <w:t>P</w:t>
      </w:r>
      <w:r w:rsidRPr="0049251F">
        <w:t>ayments</w:t>
      </w:r>
      <w:r w:rsidR="00CB73EF">
        <w:t xml:space="preserve"> </w:t>
      </w:r>
      <w:r w:rsidRPr="0049251F">
        <w:t>are</w:t>
      </w:r>
      <w:r w:rsidR="00CB73EF">
        <w:t xml:space="preserve"> </w:t>
      </w:r>
      <w:r w:rsidRPr="0049251F">
        <w:t>flexible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may</w:t>
      </w:r>
      <w:r w:rsidR="00CB73EF">
        <w:t xml:space="preserve"> </w:t>
      </w:r>
      <w:r w:rsidRPr="0049251F">
        <w:t>be</w:t>
      </w:r>
      <w:r w:rsidR="00CB73EF">
        <w:t xml:space="preserve"> </w:t>
      </w:r>
      <w:r w:rsidRPr="0049251F">
        <w:t>used</w:t>
      </w:r>
      <w:r w:rsidR="00CB73EF">
        <w:t xml:space="preserve"> </w:t>
      </w:r>
      <w:r w:rsidRPr="0049251F">
        <w:t>to:</w:t>
      </w:r>
    </w:p>
    <w:p w14:paraId="751059AE" w14:textId="426AF7E3" w:rsidR="0049251F" w:rsidRPr="0049251F" w:rsidRDefault="0049251F" w:rsidP="0049251F">
      <w:pPr>
        <w:pStyle w:val="ListParagraph"/>
      </w:pPr>
      <w:r w:rsidRPr="0049251F">
        <w:t>Meet</w:t>
      </w:r>
      <w:r w:rsidR="00CB73EF">
        <w:t xml:space="preserve"> </w:t>
      </w:r>
      <w:r w:rsidRPr="0049251F">
        <w:t>ongoing</w:t>
      </w:r>
      <w:r w:rsidR="00CB73EF">
        <w:t xml:space="preserve"> </w:t>
      </w:r>
      <w:r w:rsidRPr="0049251F">
        <w:t>care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support</w:t>
      </w:r>
      <w:r w:rsidR="00CB73EF">
        <w:t xml:space="preserve"> </w:t>
      </w:r>
      <w:r w:rsidRPr="0049251F">
        <w:t>needs</w:t>
      </w:r>
      <w:r w:rsidR="00CB73EF">
        <w:t xml:space="preserve"> </w:t>
      </w:r>
      <w:r w:rsidRPr="0049251F">
        <w:t>under</w:t>
      </w:r>
      <w:r w:rsidR="00CB73EF">
        <w:t xml:space="preserve"> </w:t>
      </w:r>
      <w:r w:rsidRPr="0049251F">
        <w:t>Continuing</w:t>
      </w:r>
      <w:r w:rsidR="00CB73EF">
        <w:t xml:space="preserve"> </w:t>
      </w:r>
      <w:r w:rsidRPr="0049251F">
        <w:t>NHS</w:t>
      </w:r>
      <w:r w:rsidR="00CB73EF">
        <w:t xml:space="preserve"> </w:t>
      </w:r>
      <w:r w:rsidRPr="0049251F">
        <w:t>Healthcare.</w:t>
      </w:r>
      <w:r w:rsidR="00CB73EF">
        <w:t xml:space="preserve">  </w:t>
      </w:r>
    </w:p>
    <w:p w14:paraId="2458A289" w14:textId="11D75CB1" w:rsidR="0049251F" w:rsidRPr="0049251F" w:rsidRDefault="0049251F" w:rsidP="0049251F">
      <w:pPr>
        <w:pStyle w:val="ListParagraph"/>
      </w:pPr>
      <w:r w:rsidRPr="0049251F">
        <w:t>Support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one-off</w:t>
      </w:r>
      <w:r w:rsidR="00CB73EF">
        <w:t xml:space="preserve"> </w:t>
      </w:r>
      <w:r w:rsidR="00647669">
        <w:t>D</w:t>
      </w:r>
      <w:r w:rsidRPr="0049251F">
        <w:t>irect</w:t>
      </w:r>
      <w:r w:rsidR="00CB73EF">
        <w:t xml:space="preserve"> </w:t>
      </w:r>
      <w:r w:rsidR="00647669">
        <w:t>P</w:t>
      </w:r>
      <w:r w:rsidRPr="0049251F">
        <w:t>ayment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help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person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achieve</w:t>
      </w:r>
      <w:r w:rsidR="00CB73EF">
        <w:t xml:space="preserve"> </w:t>
      </w:r>
      <w:r w:rsidRPr="0049251F">
        <w:t>specific</w:t>
      </w:r>
      <w:r w:rsidR="00CB73EF">
        <w:t xml:space="preserve"> </w:t>
      </w:r>
      <w:r w:rsidRPr="0049251F">
        <w:t>goals</w:t>
      </w:r>
      <w:r w:rsidR="00CB73EF">
        <w:t xml:space="preserve"> </w:t>
      </w:r>
      <w:r w:rsidRPr="0049251F">
        <w:t>or</w:t>
      </w:r>
      <w:r w:rsidR="00CB73EF">
        <w:t xml:space="preserve"> </w:t>
      </w:r>
      <w:r w:rsidRPr="0049251F">
        <w:t>outcomes.</w:t>
      </w:r>
      <w:r w:rsidR="00CB73EF">
        <w:t xml:space="preserve">  </w:t>
      </w:r>
    </w:p>
    <w:p w14:paraId="41C5B596" w14:textId="6E1BEAAF" w:rsidR="00FE2924" w:rsidRPr="0049251F" w:rsidRDefault="0049251F" w:rsidP="0049251F">
      <w:pPr>
        <w:pStyle w:val="ListParagraph"/>
      </w:pPr>
      <w:r w:rsidRPr="0049251F">
        <w:t>Support</w:t>
      </w:r>
      <w:r w:rsidR="00CB73EF">
        <w:t xml:space="preserve"> </w:t>
      </w:r>
      <w:r>
        <w:t>continuity</w:t>
      </w:r>
      <w:r w:rsidR="00CB73EF">
        <w:t xml:space="preserve"> </w:t>
      </w:r>
      <w:r>
        <w:t>of</w:t>
      </w:r>
      <w:r w:rsidR="00CB73EF">
        <w:t xml:space="preserve"> </w:t>
      </w:r>
      <w:r>
        <w:t>care</w:t>
      </w:r>
      <w:r w:rsidR="00CB73EF">
        <w:t xml:space="preserve"> </w:t>
      </w:r>
      <w:r>
        <w:t>where</w:t>
      </w:r>
      <w:r w:rsidR="00CB73EF">
        <w:t xml:space="preserve"> </w:t>
      </w:r>
      <w:r>
        <w:t>people</w:t>
      </w:r>
      <w:r w:rsidR="00CB73EF">
        <w:t xml:space="preserve"> </w:t>
      </w:r>
      <w:r>
        <w:t>move</w:t>
      </w:r>
      <w:r w:rsidR="00CB73EF">
        <w:t xml:space="preserve"> </w:t>
      </w:r>
      <w:r>
        <w:t>from</w:t>
      </w:r>
      <w:r w:rsidR="00CB73EF">
        <w:t xml:space="preserve"> </w:t>
      </w:r>
      <w:r>
        <w:t>social</w:t>
      </w:r>
      <w:r w:rsidR="00CB73EF">
        <w:t xml:space="preserve"> </w:t>
      </w:r>
      <w:r>
        <w:t>care</w:t>
      </w:r>
      <w:r w:rsidR="00CB73EF">
        <w:t xml:space="preserve"> </w:t>
      </w:r>
      <w:r w:rsidR="00647669">
        <w:t>D</w:t>
      </w:r>
      <w:r>
        <w:t>irect</w:t>
      </w:r>
      <w:r w:rsidR="00CB73EF">
        <w:t xml:space="preserve"> </w:t>
      </w:r>
      <w:r w:rsidR="00647669">
        <w:t>P</w:t>
      </w:r>
      <w:r>
        <w:t>ayments</w:t>
      </w:r>
      <w:r w:rsidR="00CB73EF">
        <w:t xml:space="preserve"> </w:t>
      </w:r>
      <w:r>
        <w:t>to</w:t>
      </w:r>
      <w:r w:rsidR="00CB73EF">
        <w:t xml:space="preserve"> </w:t>
      </w:r>
      <w:r>
        <w:t>Continuing</w:t>
      </w:r>
      <w:r w:rsidR="00CB73EF">
        <w:t xml:space="preserve"> </w:t>
      </w:r>
      <w:r>
        <w:t>NHS</w:t>
      </w:r>
      <w:r w:rsidR="00CB73EF">
        <w:t xml:space="preserve"> </w:t>
      </w:r>
      <w:r>
        <w:t>Healthcare,</w:t>
      </w:r>
      <w:r w:rsidR="00CB73EF">
        <w:t xml:space="preserve"> </w:t>
      </w:r>
      <w:r>
        <w:t>recognising</w:t>
      </w:r>
      <w:r w:rsidR="00CB73EF">
        <w:t xml:space="preserve"> </w:t>
      </w:r>
      <w:r>
        <w:t>that</w:t>
      </w:r>
      <w:r w:rsidR="00CB73EF">
        <w:t xml:space="preserve"> </w:t>
      </w:r>
      <w:r>
        <w:t>care</w:t>
      </w:r>
      <w:r w:rsidR="00CB73EF">
        <w:t xml:space="preserve"> </w:t>
      </w:r>
      <w:r>
        <w:t>arrangements</w:t>
      </w:r>
      <w:r w:rsidR="00CB73EF">
        <w:t xml:space="preserve"> </w:t>
      </w:r>
      <w:r>
        <w:t>may</w:t>
      </w:r>
      <w:r w:rsidR="00CB73EF">
        <w:t xml:space="preserve"> </w:t>
      </w:r>
      <w:r>
        <w:t>need</w:t>
      </w:r>
      <w:r w:rsidR="00CB73EF">
        <w:t xml:space="preserve"> </w:t>
      </w:r>
      <w:r>
        <w:t>to</w:t>
      </w:r>
      <w:r w:rsidR="00CB73EF">
        <w:t xml:space="preserve"> </w:t>
      </w:r>
      <w:r>
        <w:t>expand</w:t>
      </w:r>
      <w:r w:rsidR="00CB73EF">
        <w:t xml:space="preserve"> </w:t>
      </w:r>
      <w:r>
        <w:t>to</w:t>
      </w:r>
      <w:r w:rsidR="00CB73EF">
        <w:t xml:space="preserve"> </w:t>
      </w:r>
      <w:r>
        <w:t>meet</w:t>
      </w:r>
      <w:r w:rsidR="00CB73EF">
        <w:t xml:space="preserve"> </w:t>
      </w:r>
      <w:r>
        <w:t>increased</w:t>
      </w:r>
      <w:r w:rsidR="00CB73EF">
        <w:t xml:space="preserve"> </w:t>
      </w:r>
      <w:r>
        <w:t>health</w:t>
      </w:r>
      <w:r w:rsidR="00CB73EF">
        <w:t xml:space="preserve"> </w:t>
      </w:r>
      <w:r>
        <w:t>needs</w:t>
      </w:r>
      <w:r w:rsidR="00FE2924" w:rsidRPr="0049251F">
        <w:t>.</w:t>
      </w:r>
    </w:p>
    <w:p w14:paraId="375CD1B8" w14:textId="25730D1B" w:rsidR="00772E3E" w:rsidRPr="0049251F" w:rsidRDefault="005449AE" w:rsidP="006D0999">
      <w:pPr>
        <w:pStyle w:val="Heading2"/>
      </w:pPr>
      <w:r w:rsidRPr="0049251F">
        <w:t>Who</w:t>
      </w:r>
      <w:r w:rsidR="00CB73EF">
        <w:t xml:space="preserve"> </w:t>
      </w:r>
      <w:r w:rsidRPr="0049251F">
        <w:t>can</w:t>
      </w:r>
      <w:r w:rsidR="00CB73EF">
        <w:t xml:space="preserve"> </w:t>
      </w:r>
      <w:r w:rsidRPr="0049251F">
        <w:t>get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Direct</w:t>
      </w:r>
      <w:r w:rsidR="00CB73EF">
        <w:t xml:space="preserve"> </w:t>
      </w:r>
      <w:r w:rsidRPr="0049251F">
        <w:t>Payment</w:t>
      </w:r>
      <w:r w:rsidR="006D0999">
        <w:t>?</w:t>
      </w:r>
    </w:p>
    <w:p w14:paraId="6CAFA8D1" w14:textId="623EA51E" w:rsidR="0049251F" w:rsidRPr="0049251F" w:rsidRDefault="0049251F" w:rsidP="0049251F">
      <w:r>
        <w:t>Y</w:t>
      </w:r>
      <w:r w:rsidRPr="0049251F">
        <w:t>ou</w:t>
      </w:r>
      <w:r w:rsidR="00CB73EF">
        <w:t xml:space="preserve"> </w:t>
      </w:r>
      <w:r w:rsidRPr="0049251F">
        <w:t>may</w:t>
      </w:r>
      <w:r w:rsidR="00CB73EF">
        <w:t xml:space="preserve"> </w:t>
      </w:r>
      <w:r w:rsidRPr="0049251F">
        <w:t>be</w:t>
      </w:r>
      <w:r w:rsidR="00CB73EF">
        <w:t xml:space="preserve"> </w:t>
      </w:r>
      <w:r w:rsidRPr="0049251F">
        <w:t>able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get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Direct</w:t>
      </w:r>
      <w:r w:rsidR="00CB73EF">
        <w:t xml:space="preserve"> </w:t>
      </w:r>
      <w:r w:rsidRPr="0049251F">
        <w:t>Payment</w:t>
      </w:r>
      <w:r w:rsidR="00CB73EF">
        <w:t xml:space="preserve"> </w:t>
      </w:r>
      <w:r w:rsidRPr="0049251F">
        <w:t>for</w:t>
      </w:r>
      <w:r w:rsidR="00CB73EF">
        <w:t xml:space="preserve"> </w:t>
      </w:r>
      <w:r w:rsidRPr="0049251F">
        <w:t>Continuing</w:t>
      </w:r>
      <w:r w:rsidR="00CB73EF">
        <w:t xml:space="preserve"> </w:t>
      </w:r>
      <w:r w:rsidRPr="0049251F">
        <w:t>NHS</w:t>
      </w:r>
      <w:r w:rsidR="00CB73EF">
        <w:t xml:space="preserve"> </w:t>
      </w:r>
      <w:r w:rsidRPr="0049251F">
        <w:t>Healthcare</w:t>
      </w:r>
      <w:r w:rsidR="00CB73EF">
        <w:t xml:space="preserve"> </w:t>
      </w:r>
      <w:r w:rsidRPr="0049251F">
        <w:t>if:</w:t>
      </w:r>
      <w:r w:rsidR="00CB73EF">
        <w:t xml:space="preserve"> </w:t>
      </w:r>
    </w:p>
    <w:p w14:paraId="29EC4B72" w14:textId="72010CFC" w:rsidR="0049251F" w:rsidRPr="0049251F" w:rsidRDefault="0049251F" w:rsidP="0049251F">
      <w:pPr>
        <w:pStyle w:val="ListParagraph"/>
      </w:pPr>
      <w:r w:rsidRPr="0049251F">
        <w:t>You</w:t>
      </w:r>
      <w:r w:rsidR="00CB73EF">
        <w:t xml:space="preserve"> </w:t>
      </w:r>
      <w:r w:rsidRPr="0049251F">
        <w:t>are</w:t>
      </w:r>
      <w:r w:rsidR="00CB73EF">
        <w:t xml:space="preserve"> </w:t>
      </w:r>
      <w:r w:rsidRPr="0049251F">
        <w:t>eligible</w:t>
      </w:r>
      <w:r w:rsidR="00CB73EF">
        <w:t xml:space="preserve"> </w:t>
      </w:r>
      <w:r w:rsidRPr="0049251F">
        <w:t>for</w:t>
      </w:r>
      <w:r w:rsidR="00CB73EF">
        <w:t xml:space="preserve"> </w:t>
      </w:r>
      <w:r w:rsidRPr="0049251F">
        <w:t>Continuing</w:t>
      </w:r>
      <w:r w:rsidR="00CB73EF">
        <w:t xml:space="preserve"> </w:t>
      </w:r>
      <w:r w:rsidRPr="0049251F">
        <w:t>NHS</w:t>
      </w:r>
      <w:r w:rsidR="00CB73EF">
        <w:t xml:space="preserve"> </w:t>
      </w:r>
      <w:r w:rsidRPr="0049251F">
        <w:t>Healthcare.</w:t>
      </w:r>
      <w:r w:rsidR="00CB73EF">
        <w:t xml:space="preserve"> </w:t>
      </w:r>
    </w:p>
    <w:p w14:paraId="69170F15" w14:textId="43C5DACE" w:rsidR="0049251F" w:rsidRPr="0049251F" w:rsidRDefault="0049251F" w:rsidP="0049251F">
      <w:pPr>
        <w:pStyle w:val="ListParagraph"/>
      </w:pPr>
      <w:r w:rsidRPr="0049251F">
        <w:t>A</w:t>
      </w:r>
      <w:r w:rsidR="00CB73EF">
        <w:t xml:space="preserve"> </w:t>
      </w:r>
      <w:r w:rsidRPr="0049251F">
        <w:t>Direct</w:t>
      </w:r>
      <w:r w:rsidR="00CB73EF">
        <w:t xml:space="preserve"> </w:t>
      </w:r>
      <w:r w:rsidRPr="0049251F">
        <w:t>Payment</w:t>
      </w:r>
      <w:r w:rsidR="00CB73EF">
        <w:t xml:space="preserve"> </w:t>
      </w:r>
      <w:r w:rsidRPr="0049251F">
        <w:t>is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safe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good</w:t>
      </w:r>
      <w:r w:rsidR="00CB73EF">
        <w:t xml:space="preserve"> </w:t>
      </w:r>
      <w:r w:rsidRPr="0049251F">
        <w:t>way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meet</w:t>
      </w:r>
      <w:r w:rsidR="00CB73EF">
        <w:t xml:space="preserve"> </w:t>
      </w:r>
      <w:r w:rsidRPr="0049251F">
        <w:t>your</w:t>
      </w:r>
      <w:r w:rsidR="00CB73EF">
        <w:t xml:space="preserve"> </w:t>
      </w:r>
      <w:r w:rsidRPr="0049251F">
        <w:t>needs.</w:t>
      </w:r>
      <w:r w:rsidR="00CB73EF">
        <w:t xml:space="preserve"> </w:t>
      </w:r>
    </w:p>
    <w:p w14:paraId="34AA7B16" w14:textId="1149FB4C" w:rsidR="0049251F" w:rsidRPr="0049251F" w:rsidRDefault="0049251F" w:rsidP="0049251F">
      <w:pPr>
        <w:pStyle w:val="ListParagraph"/>
      </w:pPr>
      <w:r w:rsidRPr="0049251F">
        <w:t>You</w:t>
      </w:r>
      <w:r w:rsidR="00CB73EF">
        <w:t xml:space="preserve"> </w:t>
      </w:r>
      <w:r w:rsidRPr="0049251F">
        <w:t>have</w:t>
      </w:r>
      <w:r w:rsidR="00CB73EF">
        <w:t xml:space="preserve"> </w:t>
      </w:r>
      <w:r w:rsidRPr="0049251F">
        <w:t>agreed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have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Direct</w:t>
      </w:r>
      <w:r w:rsidR="00CB73EF">
        <w:t xml:space="preserve"> </w:t>
      </w:r>
      <w:r w:rsidRPr="0049251F">
        <w:t>Payment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have</w:t>
      </w:r>
      <w:r w:rsidR="00CB73EF">
        <w:t xml:space="preserve"> </w:t>
      </w:r>
      <w:r w:rsidRPr="0049251F">
        <w:t>not</w:t>
      </w:r>
      <w:r w:rsidR="00CB73EF">
        <w:t xml:space="preserve"> </w:t>
      </w:r>
      <w:r w:rsidRPr="0049251F">
        <w:t>been</w:t>
      </w:r>
      <w:r w:rsidR="00CB73EF">
        <w:t xml:space="preserve"> </w:t>
      </w:r>
      <w:r w:rsidRPr="0049251F">
        <w:t>forced</w:t>
      </w:r>
      <w:r w:rsidR="00CB73EF">
        <w:t xml:space="preserve"> </w:t>
      </w:r>
      <w:r w:rsidRPr="0049251F">
        <w:t>into</w:t>
      </w:r>
      <w:r w:rsidR="00CB73EF">
        <w:t xml:space="preserve"> </w:t>
      </w:r>
      <w:r w:rsidRPr="0049251F">
        <w:t>accepting</w:t>
      </w:r>
      <w:r w:rsidR="00CB73EF">
        <w:t xml:space="preserve"> </w:t>
      </w:r>
      <w:r w:rsidRPr="0049251F">
        <w:t>it.</w:t>
      </w:r>
      <w:r w:rsidR="00CB73EF">
        <w:t xml:space="preserve"> </w:t>
      </w:r>
    </w:p>
    <w:p w14:paraId="0B40C866" w14:textId="0458B41B" w:rsidR="0049251F" w:rsidRPr="0049251F" w:rsidRDefault="0049251F" w:rsidP="0049251F">
      <w:pPr>
        <w:pStyle w:val="ListParagraph"/>
      </w:pPr>
      <w:r w:rsidRPr="0049251F">
        <w:t>You,</w:t>
      </w:r>
      <w:r w:rsidR="00CB73EF">
        <w:t xml:space="preserve"> </w:t>
      </w:r>
      <w:r w:rsidRPr="0049251F">
        <w:t>or</w:t>
      </w:r>
      <w:r w:rsidR="00CB73EF">
        <w:t xml:space="preserve"> </w:t>
      </w:r>
      <w:r w:rsidRPr="0049251F">
        <w:t>someone</w:t>
      </w:r>
      <w:r w:rsidR="00CB73EF">
        <w:t xml:space="preserve"> </w:t>
      </w:r>
      <w:r w:rsidRPr="0049251F">
        <w:t>you</w:t>
      </w:r>
      <w:r w:rsidR="00CB73EF">
        <w:t xml:space="preserve"> </w:t>
      </w:r>
      <w:r w:rsidRPr="0049251F">
        <w:t>choose,</w:t>
      </w:r>
      <w:r w:rsidR="00CB73EF">
        <w:t xml:space="preserve"> </w:t>
      </w:r>
      <w:r w:rsidR="00D649CF">
        <w:t>can</w:t>
      </w:r>
      <w:r w:rsidR="00CB73EF">
        <w:t xml:space="preserve"> </w:t>
      </w:r>
      <w:r w:rsidRPr="0049251F">
        <w:t>manage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49251F">
        <w:t>money</w:t>
      </w:r>
      <w:r w:rsidR="00CB73EF">
        <w:t xml:space="preserve"> </w:t>
      </w:r>
      <w:r w:rsidRPr="0049251F">
        <w:t>(with</w:t>
      </w:r>
      <w:r w:rsidR="00CB73EF">
        <w:t xml:space="preserve"> </w:t>
      </w:r>
      <w:r w:rsidRPr="0049251F">
        <w:t>support</w:t>
      </w:r>
      <w:r w:rsidR="00CB73EF">
        <w:t xml:space="preserve"> </w:t>
      </w:r>
      <w:r w:rsidRPr="0049251F">
        <w:t>if</w:t>
      </w:r>
      <w:r w:rsidR="00CB73EF">
        <w:t xml:space="preserve"> </w:t>
      </w:r>
      <w:r w:rsidRPr="0049251F">
        <w:t>needed)</w:t>
      </w:r>
      <w:r w:rsidR="00FD30F3">
        <w:t>.</w:t>
      </w:r>
    </w:p>
    <w:p w14:paraId="0A90EF5B" w14:textId="4E719D8F" w:rsidR="00772E3E" w:rsidRPr="0049251F" w:rsidRDefault="005449AE" w:rsidP="006D0999">
      <w:pPr>
        <w:pStyle w:val="Heading2"/>
      </w:pPr>
      <w:r w:rsidRPr="0049251F">
        <w:t>Saying</w:t>
      </w:r>
      <w:r w:rsidR="00CB73EF">
        <w:t xml:space="preserve"> </w:t>
      </w:r>
      <w:r w:rsidR="00007ACD">
        <w:t>“</w:t>
      </w:r>
      <w:r w:rsidRPr="0049251F">
        <w:t>yes</w:t>
      </w:r>
      <w:r w:rsidR="00007ACD">
        <w:t>”</w:t>
      </w:r>
      <w:r w:rsidR="00CB73EF">
        <w:t xml:space="preserve"> </w:t>
      </w:r>
      <w:r w:rsidR="00007ACD">
        <w:t>to</w:t>
      </w:r>
      <w:r w:rsidR="00CB73EF">
        <w:t xml:space="preserve"> </w:t>
      </w:r>
      <w:r w:rsidR="00007ACD">
        <w:t>a</w:t>
      </w:r>
      <w:r w:rsidR="00CB73EF">
        <w:t xml:space="preserve"> </w:t>
      </w:r>
      <w:r w:rsidR="00007ACD">
        <w:t>Direct</w:t>
      </w:r>
      <w:r w:rsidR="00CB73EF">
        <w:t xml:space="preserve"> </w:t>
      </w:r>
      <w:r w:rsidR="00007ACD">
        <w:t>Payment</w:t>
      </w:r>
    </w:p>
    <w:p w14:paraId="6D14C427" w14:textId="7E76C1E0" w:rsidR="00007ACD" w:rsidRDefault="00007ACD" w:rsidP="0049251F">
      <w:r>
        <w:t>It</w:t>
      </w:r>
      <w:r w:rsidR="00CB73EF">
        <w:t xml:space="preserve"> </w:t>
      </w:r>
      <w:r>
        <w:t>is</w:t>
      </w:r>
      <w:r w:rsidR="00CB73EF">
        <w:t xml:space="preserve"> </w:t>
      </w:r>
      <w:r>
        <w:t>important</w:t>
      </w:r>
      <w:r w:rsidR="00CB73EF">
        <w:t xml:space="preserve"> </w:t>
      </w:r>
      <w:r>
        <w:t>that</w:t>
      </w:r>
      <w:r w:rsidR="00CB73EF">
        <w:t xml:space="preserve"> </w:t>
      </w:r>
      <w:r>
        <w:t>you</w:t>
      </w:r>
      <w:r w:rsidR="00CB73EF">
        <w:t xml:space="preserve"> </w:t>
      </w:r>
      <w:r>
        <w:t>give</w:t>
      </w:r>
      <w:r w:rsidR="00CB73EF">
        <w:t xml:space="preserve"> </w:t>
      </w:r>
      <w:r>
        <w:t>your</w:t>
      </w:r>
      <w:r w:rsidR="00CB73EF">
        <w:t xml:space="preserve"> </w:t>
      </w:r>
      <w:r>
        <w:t>consent</w:t>
      </w:r>
      <w:r w:rsidR="00CB73EF">
        <w:t xml:space="preserve"> </w:t>
      </w:r>
      <w:r>
        <w:t>before</w:t>
      </w:r>
      <w:r w:rsidR="00CB73EF">
        <w:t xml:space="preserve"> </w:t>
      </w:r>
      <w:r>
        <w:t>a</w:t>
      </w:r>
      <w:r w:rsidR="00CB73EF">
        <w:t xml:space="preserve"> </w:t>
      </w:r>
      <w:r>
        <w:t>Direct</w:t>
      </w:r>
      <w:r w:rsidR="00CB73EF">
        <w:t xml:space="preserve"> </w:t>
      </w:r>
      <w:r>
        <w:t>Payment</w:t>
      </w:r>
      <w:r w:rsidR="00CB73EF">
        <w:t xml:space="preserve"> </w:t>
      </w:r>
      <w:r>
        <w:t>is</w:t>
      </w:r>
      <w:r w:rsidR="00CB73EF">
        <w:t xml:space="preserve"> </w:t>
      </w:r>
      <w:r>
        <w:t>agreed:</w:t>
      </w:r>
    </w:p>
    <w:p w14:paraId="753B3080" w14:textId="45528397" w:rsidR="00772E3E" w:rsidRPr="0049251F" w:rsidRDefault="005449AE" w:rsidP="00007ACD">
      <w:pPr>
        <w:pStyle w:val="ListParagraph"/>
      </w:pPr>
      <w:r w:rsidRPr="0049251F">
        <w:t>You</w:t>
      </w:r>
      <w:r w:rsidR="00CB73EF">
        <w:t xml:space="preserve"> </w:t>
      </w:r>
      <w:r w:rsidRPr="0049251F">
        <w:t>must</w:t>
      </w:r>
      <w:r w:rsidR="00CB73EF">
        <w:t xml:space="preserve"> </w:t>
      </w:r>
      <w:r w:rsidRPr="0049251F">
        <w:t>understand</w:t>
      </w:r>
      <w:r w:rsidR="00CB73EF">
        <w:t xml:space="preserve"> </w:t>
      </w:r>
      <w:r w:rsidRPr="0049251F">
        <w:t>what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Direct</w:t>
      </w:r>
      <w:r w:rsidR="00CB73EF">
        <w:t xml:space="preserve"> </w:t>
      </w:r>
      <w:r w:rsidRPr="0049251F">
        <w:t>Payment</w:t>
      </w:r>
      <w:r w:rsidR="00CB73EF">
        <w:t xml:space="preserve"> </w:t>
      </w:r>
      <w:r w:rsidRPr="0049251F">
        <w:t>means.</w:t>
      </w:r>
    </w:p>
    <w:p w14:paraId="7AC09269" w14:textId="47446C44" w:rsidR="00772E3E" w:rsidRPr="0049251F" w:rsidRDefault="005449AE" w:rsidP="00007ACD">
      <w:pPr>
        <w:pStyle w:val="ListParagraph"/>
      </w:pPr>
      <w:r w:rsidRPr="0049251F">
        <w:t>You</w:t>
      </w:r>
      <w:r w:rsidR="00CB73EF">
        <w:t xml:space="preserve"> </w:t>
      </w:r>
      <w:r w:rsidRPr="0049251F">
        <w:t>must</w:t>
      </w:r>
      <w:r w:rsidR="00CB73EF">
        <w:t xml:space="preserve"> </w:t>
      </w:r>
      <w:r w:rsidRPr="0049251F">
        <w:t>agree</w:t>
      </w:r>
      <w:r w:rsidR="00CB73EF">
        <w:t xml:space="preserve"> </w:t>
      </w:r>
      <w:r w:rsidRPr="0049251F">
        <w:t>freely.</w:t>
      </w:r>
    </w:p>
    <w:p w14:paraId="48BDC659" w14:textId="5D9FB4DB" w:rsidR="00772E3E" w:rsidRPr="0049251F" w:rsidRDefault="005449AE" w:rsidP="00007ACD">
      <w:pPr>
        <w:pStyle w:val="ListParagraph"/>
      </w:pPr>
      <w:r w:rsidRPr="0049251F">
        <w:t>If</w:t>
      </w:r>
      <w:r w:rsidR="00CB73EF">
        <w:t xml:space="preserve"> </w:t>
      </w:r>
      <w:r w:rsidRPr="0049251F">
        <w:t>you</w:t>
      </w:r>
      <w:r w:rsidR="00CB73EF">
        <w:t xml:space="preserve"> </w:t>
      </w:r>
      <w:r w:rsidRPr="0049251F">
        <w:t>cannot</w:t>
      </w:r>
      <w:r w:rsidR="00CB73EF">
        <w:t xml:space="preserve"> </w:t>
      </w:r>
      <w:r w:rsidRPr="0049251F">
        <w:t>decide,</w:t>
      </w:r>
      <w:r w:rsidR="00CB73EF">
        <w:t xml:space="preserve"> </w:t>
      </w:r>
      <w:r w:rsidRPr="0049251F">
        <w:t>a</w:t>
      </w:r>
      <w:r w:rsidR="00CB73EF">
        <w:t xml:space="preserve"> </w:t>
      </w:r>
      <w:r w:rsidR="00B9514E" w:rsidRPr="0049251F">
        <w:t>legal</w:t>
      </w:r>
      <w:r w:rsidR="00CB73EF">
        <w:t xml:space="preserve"> </w:t>
      </w:r>
      <w:r w:rsidRPr="0049251F">
        <w:t>representative</w:t>
      </w:r>
      <w:r w:rsidR="00CB73EF">
        <w:t xml:space="preserve"> </w:t>
      </w:r>
      <w:r w:rsidRPr="0049251F">
        <w:t>can</w:t>
      </w:r>
      <w:r w:rsidR="00CB73EF">
        <w:t xml:space="preserve"> </w:t>
      </w:r>
      <w:r w:rsidRPr="0049251F">
        <w:t>decide</w:t>
      </w:r>
      <w:r w:rsidR="00CB73EF">
        <w:t xml:space="preserve"> </w:t>
      </w:r>
      <w:r w:rsidRPr="0049251F">
        <w:t>in</w:t>
      </w:r>
      <w:r w:rsidR="00CB73EF">
        <w:t xml:space="preserve"> </w:t>
      </w:r>
      <w:r w:rsidRPr="0049251F">
        <w:t>your</w:t>
      </w:r>
      <w:r w:rsidR="00CB73EF">
        <w:t xml:space="preserve"> </w:t>
      </w:r>
      <w:r w:rsidRPr="0049251F">
        <w:t>best</w:t>
      </w:r>
      <w:r w:rsidR="00CB73EF">
        <w:t xml:space="preserve"> </w:t>
      </w:r>
      <w:r w:rsidRPr="0049251F">
        <w:t>interests.</w:t>
      </w:r>
    </w:p>
    <w:p w14:paraId="336F1614" w14:textId="286F11C9" w:rsidR="00772E3E" w:rsidRPr="0049251F" w:rsidRDefault="005449AE" w:rsidP="00007ACD">
      <w:pPr>
        <w:pStyle w:val="ListParagraph"/>
      </w:pPr>
      <w:r w:rsidRPr="0049251F">
        <w:t>If</w:t>
      </w:r>
      <w:r w:rsidR="00CB73EF">
        <w:t xml:space="preserve"> </w:t>
      </w:r>
      <w:r w:rsidRPr="0049251F">
        <w:t>your</w:t>
      </w:r>
      <w:r w:rsidR="00CB73EF">
        <w:t xml:space="preserve"> </w:t>
      </w:r>
      <w:r w:rsidRPr="0049251F">
        <w:t>ability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make</w:t>
      </w:r>
      <w:r w:rsidR="00CB73EF">
        <w:t xml:space="preserve"> </w:t>
      </w:r>
      <w:r w:rsidRPr="0049251F">
        <w:t>decisions</w:t>
      </w:r>
      <w:r w:rsidR="00CB73EF">
        <w:t xml:space="preserve"> </w:t>
      </w:r>
      <w:r w:rsidRPr="0049251F">
        <w:t>changes,</w:t>
      </w:r>
      <w:r w:rsidR="00CB73EF">
        <w:t xml:space="preserve"> </w:t>
      </w:r>
      <w:r w:rsidRPr="0049251F">
        <w:t>your</w:t>
      </w:r>
      <w:r w:rsidR="00CB73EF">
        <w:t xml:space="preserve"> </w:t>
      </w:r>
      <w:r w:rsidRPr="0049251F">
        <w:t>plan</w:t>
      </w:r>
      <w:r w:rsidR="00CB73EF">
        <w:t xml:space="preserve"> </w:t>
      </w:r>
      <w:r w:rsidRPr="0049251F">
        <w:t>will</w:t>
      </w:r>
      <w:r w:rsidR="00CB73EF">
        <w:t xml:space="preserve"> </w:t>
      </w:r>
      <w:r w:rsidRPr="0049251F">
        <w:t>say</w:t>
      </w:r>
      <w:r w:rsidR="00CB73EF">
        <w:t xml:space="preserve"> </w:t>
      </w:r>
      <w:r w:rsidRPr="0049251F">
        <w:t>what</w:t>
      </w:r>
      <w:r w:rsidR="00CB73EF">
        <w:t xml:space="preserve"> </w:t>
      </w:r>
      <w:r w:rsidRPr="0049251F">
        <w:t>happens.</w:t>
      </w:r>
    </w:p>
    <w:p w14:paraId="1AAF8DDB" w14:textId="40E1A3FC" w:rsidR="00007ACD" w:rsidRDefault="00007ACD" w:rsidP="006D0999">
      <w:pPr>
        <w:pStyle w:val="Heading2"/>
      </w:pPr>
      <w:r w:rsidRPr="00007ACD">
        <w:lastRenderedPageBreak/>
        <w:t>Can</w:t>
      </w:r>
      <w:r w:rsidR="00CB73EF">
        <w:t xml:space="preserve"> </w:t>
      </w:r>
      <w:r w:rsidRPr="00007ACD">
        <w:t>someone</w:t>
      </w:r>
      <w:r w:rsidR="00CB73EF">
        <w:t xml:space="preserve"> </w:t>
      </w:r>
      <w:r w:rsidRPr="00007ACD">
        <w:t>else</w:t>
      </w:r>
      <w:r w:rsidR="00CB73EF">
        <w:t xml:space="preserve"> </w:t>
      </w:r>
      <w:r w:rsidRPr="00007ACD">
        <w:t>manage</w:t>
      </w:r>
      <w:r w:rsidR="00CB73EF">
        <w:t xml:space="preserve"> </w:t>
      </w:r>
      <w:r w:rsidRPr="00007ACD">
        <w:t>the</w:t>
      </w:r>
      <w:r w:rsidR="00CB73EF">
        <w:t xml:space="preserve"> </w:t>
      </w:r>
      <w:r w:rsidRPr="00007ACD">
        <w:t>Direct</w:t>
      </w:r>
      <w:r w:rsidR="00CB73EF">
        <w:t xml:space="preserve"> </w:t>
      </w:r>
      <w:r w:rsidRPr="00007ACD">
        <w:t>Payment</w:t>
      </w:r>
      <w:r w:rsidR="00CB73EF">
        <w:t xml:space="preserve"> </w:t>
      </w:r>
      <w:r w:rsidRPr="00007ACD">
        <w:t>for</w:t>
      </w:r>
      <w:r w:rsidR="00CB73EF">
        <w:t xml:space="preserve"> </w:t>
      </w:r>
      <w:r w:rsidRPr="00007ACD">
        <w:t>me?</w:t>
      </w:r>
    </w:p>
    <w:p w14:paraId="0C823F5F" w14:textId="649D2603" w:rsidR="00007ACD" w:rsidRDefault="00007ACD" w:rsidP="00007ACD">
      <w:r>
        <w:t>Yes.</w:t>
      </w:r>
      <w:r w:rsidR="00CB73EF">
        <w:t xml:space="preserve"> </w:t>
      </w:r>
      <w:r>
        <w:t>You</w:t>
      </w:r>
      <w:r w:rsidR="00CB73EF">
        <w:t xml:space="preserve"> </w:t>
      </w:r>
      <w:r>
        <w:t>can:</w:t>
      </w:r>
      <w:r w:rsidR="00CB73EF">
        <w:t xml:space="preserve"> </w:t>
      </w:r>
    </w:p>
    <w:p w14:paraId="725B21A0" w14:textId="7E216069" w:rsidR="00007ACD" w:rsidRDefault="00007ACD" w:rsidP="00007ACD">
      <w:pPr>
        <w:pStyle w:val="ListParagraph"/>
      </w:pPr>
      <w:r>
        <w:t>Choose</w:t>
      </w:r>
      <w:r w:rsidR="00CB73EF">
        <w:t xml:space="preserve"> </w:t>
      </w:r>
      <w:r>
        <w:t>a</w:t>
      </w:r>
      <w:r w:rsidR="00CB73EF">
        <w:t xml:space="preserve"> </w:t>
      </w:r>
      <w:r>
        <w:t>nominee</w:t>
      </w:r>
      <w:r w:rsidR="00CB73EF">
        <w:t xml:space="preserve"> </w:t>
      </w:r>
      <w:r>
        <w:t>to</w:t>
      </w:r>
      <w:r w:rsidR="00CB73EF">
        <w:t xml:space="preserve"> </w:t>
      </w:r>
      <w:r>
        <w:t>manage</w:t>
      </w:r>
      <w:r w:rsidR="00CB73EF">
        <w:t xml:space="preserve"> </w:t>
      </w:r>
      <w:r>
        <w:t>the</w:t>
      </w:r>
      <w:r w:rsidR="00CB73EF">
        <w:t xml:space="preserve"> </w:t>
      </w:r>
      <w:r>
        <w:t>money</w:t>
      </w:r>
      <w:r w:rsidR="00FD30F3">
        <w:t>.</w:t>
      </w:r>
    </w:p>
    <w:p w14:paraId="25461AFD" w14:textId="78D552FC" w:rsidR="00007ACD" w:rsidRDefault="00007ACD" w:rsidP="00007ACD">
      <w:pPr>
        <w:pStyle w:val="ListParagraph"/>
      </w:pPr>
      <w:r>
        <w:t>Have</w:t>
      </w:r>
      <w:r w:rsidR="00CB73EF">
        <w:t xml:space="preserve"> </w:t>
      </w:r>
      <w:r>
        <w:t>a</w:t>
      </w:r>
      <w:r w:rsidR="00CB73EF">
        <w:t xml:space="preserve"> </w:t>
      </w:r>
      <w:r>
        <w:t>representative</w:t>
      </w:r>
      <w:r w:rsidR="00CB73EF">
        <w:t xml:space="preserve"> </w:t>
      </w:r>
      <w:r>
        <w:t>if</w:t>
      </w:r>
      <w:r w:rsidR="00CB73EF">
        <w:t xml:space="preserve"> </w:t>
      </w:r>
      <w:r>
        <w:t>you</w:t>
      </w:r>
      <w:r w:rsidR="00CB73EF">
        <w:t xml:space="preserve"> </w:t>
      </w:r>
      <w:r>
        <w:t>do</w:t>
      </w:r>
      <w:r w:rsidR="00CB73EF">
        <w:t xml:space="preserve"> </w:t>
      </w:r>
      <w:r>
        <w:t>not</w:t>
      </w:r>
      <w:r w:rsidR="00CB73EF">
        <w:t xml:space="preserve"> </w:t>
      </w:r>
      <w:r>
        <w:t>have</w:t>
      </w:r>
      <w:r w:rsidR="00CB73EF">
        <w:t xml:space="preserve"> </w:t>
      </w:r>
      <w:r>
        <w:t>capacity</w:t>
      </w:r>
      <w:r w:rsidR="00FD30F3">
        <w:t>.</w:t>
      </w:r>
    </w:p>
    <w:p w14:paraId="47AEDDA0" w14:textId="254EF7DF" w:rsidR="00772E3E" w:rsidRPr="0049251F" w:rsidRDefault="00007ACD" w:rsidP="00007ACD">
      <w:pPr>
        <w:pStyle w:val="ListParagraph"/>
      </w:pPr>
      <w:r>
        <w:t>Use</w:t>
      </w:r>
      <w:r w:rsidR="00CB73EF">
        <w:t xml:space="preserve"> </w:t>
      </w:r>
      <w:r>
        <w:t>a</w:t>
      </w:r>
      <w:r w:rsidR="00CB73EF">
        <w:t xml:space="preserve"> </w:t>
      </w:r>
      <w:r>
        <w:t>managed</w:t>
      </w:r>
      <w:r w:rsidR="00CB73EF">
        <w:t xml:space="preserve"> </w:t>
      </w:r>
      <w:r>
        <w:t>account</w:t>
      </w:r>
      <w:r w:rsidR="00CB73EF">
        <w:t xml:space="preserve"> </w:t>
      </w:r>
      <w:r>
        <w:t>service</w:t>
      </w:r>
      <w:r w:rsidR="00CB73EF">
        <w:t xml:space="preserve"> </w:t>
      </w:r>
      <w:r>
        <w:t>if</w:t>
      </w:r>
      <w:r w:rsidR="00CB73EF">
        <w:t xml:space="preserve"> </w:t>
      </w:r>
      <w:r>
        <w:t>you</w:t>
      </w:r>
      <w:r w:rsidR="00CB73EF">
        <w:t xml:space="preserve"> </w:t>
      </w:r>
      <w:r>
        <w:t>want</w:t>
      </w:r>
      <w:r w:rsidR="00CB73EF">
        <w:t xml:space="preserve"> </w:t>
      </w:r>
      <w:r>
        <w:t>help</w:t>
      </w:r>
      <w:r w:rsidR="00CB73EF">
        <w:t xml:space="preserve"> </w:t>
      </w:r>
      <w:r>
        <w:t>handling</w:t>
      </w:r>
      <w:r w:rsidR="00CB73EF">
        <w:t xml:space="preserve"> </w:t>
      </w:r>
      <w:r>
        <w:t>the</w:t>
      </w:r>
      <w:r w:rsidR="00CB73EF">
        <w:t xml:space="preserve"> </w:t>
      </w:r>
      <w:r>
        <w:t>money</w:t>
      </w:r>
      <w:r w:rsidR="00FD30F3">
        <w:t>.</w:t>
      </w:r>
    </w:p>
    <w:p w14:paraId="1A790D3B" w14:textId="61A4C3BE" w:rsidR="00772E3E" w:rsidRPr="0049251F" w:rsidRDefault="005449AE" w:rsidP="006D0999">
      <w:pPr>
        <w:pStyle w:val="Heading2"/>
      </w:pPr>
      <w:r w:rsidRPr="0049251F">
        <w:t>What</w:t>
      </w:r>
      <w:r w:rsidR="00CB73EF">
        <w:t xml:space="preserve"> </w:t>
      </w:r>
      <w:r w:rsidRPr="0049251F">
        <w:t>can</w:t>
      </w:r>
      <w:r w:rsidR="00CB73EF">
        <w:t xml:space="preserve"> </w:t>
      </w:r>
      <w:r w:rsidR="00007ACD">
        <w:t>Direct</w:t>
      </w:r>
      <w:r w:rsidR="00CB73EF">
        <w:t xml:space="preserve"> </w:t>
      </w:r>
      <w:r w:rsidR="00007ACD">
        <w:t>Payments</w:t>
      </w:r>
      <w:r w:rsidR="00CB73EF">
        <w:t xml:space="preserve"> </w:t>
      </w:r>
      <w:r w:rsidR="00007ACD">
        <w:t>be</w:t>
      </w:r>
      <w:r w:rsidR="00CB73EF">
        <w:t xml:space="preserve"> </w:t>
      </w:r>
      <w:r w:rsidR="00007ACD">
        <w:t>spent</w:t>
      </w:r>
      <w:r w:rsidR="00CB73EF">
        <w:t xml:space="preserve"> </w:t>
      </w:r>
      <w:r w:rsidR="00007ACD">
        <w:t>on?</w:t>
      </w:r>
    </w:p>
    <w:p w14:paraId="3444EBFB" w14:textId="778FF02F" w:rsidR="00007ACD" w:rsidRDefault="00007ACD" w:rsidP="00007ACD">
      <w:r>
        <w:t>You</w:t>
      </w:r>
      <w:r w:rsidR="00CB73EF">
        <w:t xml:space="preserve"> </w:t>
      </w:r>
      <w:r>
        <w:t>can</w:t>
      </w:r>
      <w:r w:rsidR="00CB73EF">
        <w:t xml:space="preserve"> </w:t>
      </w:r>
      <w:r>
        <w:t>spend</w:t>
      </w:r>
      <w:r w:rsidR="00CB73EF">
        <w:t xml:space="preserve"> </w:t>
      </w:r>
      <w:r>
        <w:t>your</w:t>
      </w:r>
      <w:r w:rsidR="00CB73EF">
        <w:t xml:space="preserve"> </w:t>
      </w:r>
      <w:r>
        <w:t>Direct</w:t>
      </w:r>
      <w:r w:rsidR="00CB73EF">
        <w:t xml:space="preserve"> </w:t>
      </w:r>
      <w:r>
        <w:t>Payment</w:t>
      </w:r>
      <w:r w:rsidR="00CB73EF">
        <w:t xml:space="preserve"> </w:t>
      </w:r>
      <w:r>
        <w:t>on</w:t>
      </w:r>
      <w:r w:rsidR="00CB73EF">
        <w:t xml:space="preserve"> </w:t>
      </w:r>
      <w:r>
        <w:t>care</w:t>
      </w:r>
      <w:r w:rsidR="00CB73EF">
        <w:t xml:space="preserve"> </w:t>
      </w:r>
      <w:r>
        <w:t>and</w:t>
      </w:r>
      <w:r w:rsidR="00CB73EF">
        <w:t xml:space="preserve"> </w:t>
      </w:r>
      <w:r>
        <w:t>support</w:t>
      </w:r>
      <w:r w:rsidR="00CB73EF">
        <w:t xml:space="preserve"> </w:t>
      </w:r>
      <w:r>
        <w:t>that</w:t>
      </w:r>
      <w:r w:rsidR="00CB73EF">
        <w:t xml:space="preserve"> </w:t>
      </w:r>
      <w:r>
        <w:t>helps</w:t>
      </w:r>
      <w:r w:rsidR="00CB73EF">
        <w:t xml:space="preserve"> </w:t>
      </w:r>
      <w:r>
        <w:t>meet</w:t>
      </w:r>
      <w:r w:rsidR="00CB73EF">
        <w:t xml:space="preserve"> </w:t>
      </w:r>
      <w:r>
        <w:t>the</w:t>
      </w:r>
      <w:r w:rsidR="00CB73EF">
        <w:t xml:space="preserve"> </w:t>
      </w:r>
      <w:r>
        <w:t>needs</w:t>
      </w:r>
      <w:r w:rsidR="00CB73EF">
        <w:t xml:space="preserve"> </w:t>
      </w:r>
      <w:r>
        <w:t>in</w:t>
      </w:r>
      <w:r w:rsidR="00CB73EF">
        <w:t xml:space="preserve"> </w:t>
      </w:r>
      <w:r>
        <w:t>your</w:t>
      </w:r>
      <w:r w:rsidR="00CB73EF">
        <w:t xml:space="preserve"> </w:t>
      </w:r>
      <w:r>
        <w:t>agreed</w:t>
      </w:r>
      <w:r w:rsidR="00CB73EF">
        <w:t xml:space="preserve"> </w:t>
      </w:r>
      <w:r>
        <w:t>care</w:t>
      </w:r>
      <w:r w:rsidR="00CB73EF">
        <w:t xml:space="preserve"> </w:t>
      </w:r>
      <w:r>
        <w:t>plan,</w:t>
      </w:r>
      <w:r w:rsidR="00CB73EF">
        <w:t xml:space="preserve"> </w:t>
      </w:r>
      <w:r>
        <w:t>such</w:t>
      </w:r>
      <w:r w:rsidR="00CB73EF">
        <w:t xml:space="preserve"> </w:t>
      </w:r>
      <w:r>
        <w:t>as:</w:t>
      </w:r>
    </w:p>
    <w:p w14:paraId="3963A477" w14:textId="1FDB9D0B" w:rsidR="00007ACD" w:rsidRDefault="00007ACD" w:rsidP="00007ACD">
      <w:pPr>
        <w:pStyle w:val="ListParagraph"/>
      </w:pPr>
      <w:r>
        <w:t>Personal</w:t>
      </w:r>
      <w:r w:rsidR="00CB73EF">
        <w:t xml:space="preserve"> </w:t>
      </w:r>
      <w:r>
        <w:t>assistants</w:t>
      </w:r>
      <w:r w:rsidR="00FD30F3">
        <w:t>.</w:t>
      </w:r>
    </w:p>
    <w:p w14:paraId="41304BF4" w14:textId="794A2A5A" w:rsidR="00007ACD" w:rsidRDefault="00007ACD" w:rsidP="00007ACD">
      <w:pPr>
        <w:pStyle w:val="ListParagraph"/>
      </w:pPr>
      <w:r w:rsidRPr="00007ACD">
        <w:t>Training</w:t>
      </w:r>
      <w:r w:rsidR="00CB73EF">
        <w:t xml:space="preserve"> </w:t>
      </w:r>
      <w:r w:rsidRPr="00007ACD">
        <w:t>for</w:t>
      </w:r>
      <w:r w:rsidR="00CB73EF">
        <w:t xml:space="preserve"> </w:t>
      </w:r>
      <w:r w:rsidRPr="00007ACD">
        <w:t>personal</w:t>
      </w:r>
      <w:r w:rsidR="00CB73EF">
        <w:t xml:space="preserve"> </w:t>
      </w:r>
      <w:r w:rsidRPr="00007ACD">
        <w:t>assistants</w:t>
      </w:r>
      <w:r w:rsidR="00CB73EF">
        <w:t xml:space="preserve"> </w:t>
      </w:r>
      <w:r w:rsidRPr="00007ACD">
        <w:t>so</w:t>
      </w:r>
      <w:r w:rsidR="00CB73EF">
        <w:t xml:space="preserve"> </w:t>
      </w:r>
      <w:r w:rsidRPr="00007ACD">
        <w:t>that</w:t>
      </w:r>
      <w:r w:rsidR="00CB73EF">
        <w:t xml:space="preserve"> </w:t>
      </w:r>
      <w:r w:rsidRPr="00007ACD">
        <w:t>tasks</w:t>
      </w:r>
      <w:r w:rsidR="00CB73EF">
        <w:t xml:space="preserve"> </w:t>
      </w:r>
      <w:r w:rsidRPr="00007ACD">
        <w:t>can</w:t>
      </w:r>
      <w:r w:rsidR="00CB73EF">
        <w:t xml:space="preserve"> </w:t>
      </w:r>
      <w:r w:rsidRPr="00007ACD">
        <w:t>be</w:t>
      </w:r>
      <w:r w:rsidR="00CB73EF">
        <w:t xml:space="preserve"> </w:t>
      </w:r>
      <w:r w:rsidRPr="00007ACD">
        <w:t>delegated</w:t>
      </w:r>
      <w:r w:rsidR="00CB73EF">
        <w:t xml:space="preserve"> </w:t>
      </w:r>
      <w:r w:rsidRPr="00007ACD">
        <w:t>safely</w:t>
      </w:r>
    </w:p>
    <w:p w14:paraId="7F39B2CD" w14:textId="7EA1D174" w:rsidR="00007ACD" w:rsidRDefault="00007ACD" w:rsidP="00007ACD">
      <w:pPr>
        <w:pStyle w:val="ListParagraph"/>
      </w:pPr>
      <w:r>
        <w:t>Support</w:t>
      </w:r>
      <w:r w:rsidR="00CB73EF">
        <w:t xml:space="preserve"> </w:t>
      </w:r>
      <w:r>
        <w:t>to</w:t>
      </w:r>
      <w:r w:rsidR="00CB73EF">
        <w:t xml:space="preserve"> </w:t>
      </w:r>
      <w:r>
        <w:t>help</w:t>
      </w:r>
      <w:r w:rsidR="00CB73EF">
        <w:t xml:space="preserve"> </w:t>
      </w:r>
      <w:r>
        <w:t>you</w:t>
      </w:r>
      <w:r w:rsidR="00CB73EF">
        <w:t xml:space="preserve"> </w:t>
      </w:r>
      <w:r>
        <w:t>live</w:t>
      </w:r>
      <w:r w:rsidR="00CB73EF">
        <w:t xml:space="preserve"> </w:t>
      </w:r>
      <w:r>
        <w:t>independently</w:t>
      </w:r>
      <w:r w:rsidR="00FD30F3">
        <w:t>.</w:t>
      </w:r>
    </w:p>
    <w:p w14:paraId="4217F848" w14:textId="4F2D36E4" w:rsidR="00007ACD" w:rsidRDefault="00007ACD" w:rsidP="00007ACD">
      <w:pPr>
        <w:pStyle w:val="ListParagraph"/>
      </w:pPr>
      <w:r>
        <w:t>Services</w:t>
      </w:r>
      <w:r w:rsidR="00CB73EF">
        <w:t xml:space="preserve"> </w:t>
      </w:r>
      <w:r>
        <w:t>and</w:t>
      </w:r>
      <w:r w:rsidR="00CB73EF">
        <w:t xml:space="preserve"> </w:t>
      </w:r>
      <w:r>
        <w:t>activities</w:t>
      </w:r>
      <w:r w:rsidR="00CB73EF">
        <w:t xml:space="preserve"> </w:t>
      </w:r>
      <w:r>
        <w:t>that</w:t>
      </w:r>
      <w:r w:rsidR="00CB73EF">
        <w:t xml:space="preserve"> </w:t>
      </w:r>
      <w:r>
        <w:t>improve</w:t>
      </w:r>
      <w:r w:rsidR="00CB73EF">
        <w:t xml:space="preserve"> </w:t>
      </w:r>
      <w:r>
        <w:t>your</w:t>
      </w:r>
      <w:r w:rsidR="00CB73EF">
        <w:t xml:space="preserve"> </w:t>
      </w:r>
      <w:r>
        <w:t>health</w:t>
      </w:r>
      <w:r w:rsidR="00CB73EF">
        <w:t xml:space="preserve"> </w:t>
      </w:r>
      <w:r>
        <w:t>and</w:t>
      </w:r>
      <w:r w:rsidR="00CB73EF">
        <w:t xml:space="preserve"> </w:t>
      </w:r>
      <w:r>
        <w:t>wellbeing</w:t>
      </w:r>
      <w:r w:rsidR="00FD30F3">
        <w:t>.</w:t>
      </w:r>
    </w:p>
    <w:p w14:paraId="644A2A14" w14:textId="2C79DFEA" w:rsidR="00007ACD" w:rsidRDefault="00007ACD" w:rsidP="00007ACD">
      <w:pPr>
        <w:pStyle w:val="ListParagraph"/>
      </w:pPr>
      <w:r>
        <w:t>One-off</w:t>
      </w:r>
      <w:r w:rsidR="00CB73EF">
        <w:t xml:space="preserve"> </w:t>
      </w:r>
      <w:r>
        <w:t>purchases</w:t>
      </w:r>
      <w:r w:rsidR="00CB73EF">
        <w:t xml:space="preserve"> </w:t>
      </w:r>
      <w:r>
        <w:t>agreed</w:t>
      </w:r>
      <w:r w:rsidR="00CB73EF">
        <w:t xml:space="preserve"> </w:t>
      </w:r>
      <w:r>
        <w:t>in</w:t>
      </w:r>
      <w:r w:rsidR="00CB73EF">
        <w:t xml:space="preserve"> </w:t>
      </w:r>
      <w:r>
        <w:t>your</w:t>
      </w:r>
      <w:r w:rsidR="00CB73EF">
        <w:t xml:space="preserve"> </w:t>
      </w:r>
      <w:r>
        <w:t>care</w:t>
      </w:r>
      <w:r w:rsidR="00CB73EF">
        <w:t xml:space="preserve"> </w:t>
      </w:r>
      <w:r>
        <w:t>plan,</w:t>
      </w:r>
      <w:r w:rsidR="00CB73EF">
        <w:t xml:space="preserve"> </w:t>
      </w:r>
      <w:r>
        <w:t>including</w:t>
      </w:r>
      <w:r w:rsidR="00CB73EF">
        <w:t xml:space="preserve"> </w:t>
      </w:r>
      <w:r>
        <w:t>emergency</w:t>
      </w:r>
      <w:r w:rsidR="00CB73EF">
        <w:t xml:space="preserve"> </w:t>
      </w:r>
      <w:r>
        <w:t>suppor</w:t>
      </w:r>
      <w:r w:rsidR="00FD30F3">
        <w:t>t.</w:t>
      </w:r>
    </w:p>
    <w:p w14:paraId="1BE4E941" w14:textId="75B5A5F1" w:rsidR="00772E3E" w:rsidRPr="0049251F" w:rsidRDefault="005449AE" w:rsidP="0049251F">
      <w:r w:rsidRPr="0049251F">
        <w:t>You</w:t>
      </w:r>
      <w:r w:rsidR="00CB73EF">
        <w:t xml:space="preserve"> </w:t>
      </w:r>
      <w:r w:rsidR="003C051C">
        <w:t>cannot</w:t>
      </w:r>
      <w:r w:rsidR="00CB73EF">
        <w:rPr>
          <w:b/>
          <w:bCs/>
        </w:rPr>
        <w:t xml:space="preserve"> </w:t>
      </w:r>
      <w:r w:rsidRPr="0049251F">
        <w:t>use</w:t>
      </w:r>
      <w:r w:rsidR="00CB73EF">
        <w:t xml:space="preserve"> </w:t>
      </w:r>
      <w:r w:rsidR="00007ACD">
        <w:t>Direct</w:t>
      </w:r>
      <w:r w:rsidR="00CB73EF">
        <w:t xml:space="preserve"> </w:t>
      </w:r>
      <w:r w:rsidR="00007ACD">
        <w:t>Payments</w:t>
      </w:r>
      <w:r w:rsidR="00CB73EF">
        <w:t xml:space="preserve"> </w:t>
      </w:r>
      <w:r w:rsidRPr="0049251F">
        <w:t>for</w:t>
      </w:r>
      <w:r w:rsidR="00CB73EF">
        <w:t xml:space="preserve"> </w:t>
      </w:r>
      <w:r w:rsidR="00007ACD">
        <w:t>things</w:t>
      </w:r>
      <w:r w:rsidR="00CB73EF">
        <w:t xml:space="preserve"> </w:t>
      </w:r>
      <w:r w:rsidR="00007ACD">
        <w:t>like</w:t>
      </w:r>
      <w:r w:rsidRPr="0049251F">
        <w:t>:</w:t>
      </w:r>
    </w:p>
    <w:p w14:paraId="59422416" w14:textId="573EEDF7" w:rsidR="00007ACD" w:rsidRDefault="00007ACD" w:rsidP="00007ACD">
      <w:pPr>
        <w:pStyle w:val="ListParagraph"/>
      </w:pPr>
      <w:r>
        <w:t>GP</w:t>
      </w:r>
      <w:r w:rsidR="00CB73EF">
        <w:t xml:space="preserve"> </w:t>
      </w:r>
      <w:r>
        <w:t>appointments</w:t>
      </w:r>
      <w:r w:rsidR="00CB73EF">
        <w:t xml:space="preserve"> </w:t>
      </w:r>
      <w:r>
        <w:t>or</w:t>
      </w:r>
      <w:r w:rsidR="00CB73EF">
        <w:t xml:space="preserve"> </w:t>
      </w:r>
      <w:r>
        <w:t>treatments</w:t>
      </w:r>
      <w:r w:rsidR="004B6226">
        <w:t>.</w:t>
      </w:r>
    </w:p>
    <w:p w14:paraId="1C636289" w14:textId="6DD0AE98" w:rsidR="00007ACD" w:rsidRDefault="00007ACD" w:rsidP="00007ACD">
      <w:pPr>
        <w:pStyle w:val="ListParagraph"/>
      </w:pPr>
      <w:r>
        <w:t>Vaccinations</w:t>
      </w:r>
      <w:r w:rsidR="00CB73EF">
        <w:t xml:space="preserve"> </w:t>
      </w:r>
      <w:r>
        <w:t>and</w:t>
      </w:r>
      <w:r w:rsidR="00CB73EF">
        <w:t xml:space="preserve"> </w:t>
      </w:r>
      <w:r>
        <w:t>health</w:t>
      </w:r>
      <w:r w:rsidR="00CB73EF">
        <w:t xml:space="preserve"> </w:t>
      </w:r>
      <w:r>
        <w:t>checks</w:t>
      </w:r>
      <w:r w:rsidR="004B6226">
        <w:t>.</w:t>
      </w:r>
    </w:p>
    <w:p w14:paraId="2CDC5D18" w14:textId="6BFA024E" w:rsidR="00007ACD" w:rsidRDefault="00007ACD" w:rsidP="00007ACD">
      <w:pPr>
        <w:pStyle w:val="ListParagraph"/>
      </w:pPr>
      <w:r>
        <w:t>Emergency</w:t>
      </w:r>
      <w:r w:rsidR="00CB73EF">
        <w:t xml:space="preserve"> </w:t>
      </w:r>
      <w:r>
        <w:t>hospital</w:t>
      </w:r>
      <w:r w:rsidR="00CB73EF">
        <w:t xml:space="preserve"> </w:t>
      </w:r>
      <w:r>
        <w:t>treatment</w:t>
      </w:r>
      <w:r w:rsidR="004B6226">
        <w:t>.</w:t>
      </w:r>
    </w:p>
    <w:p w14:paraId="2B8247F8" w14:textId="71FFAFEB" w:rsidR="00007ACD" w:rsidRDefault="00007ACD" w:rsidP="00007ACD">
      <w:pPr>
        <w:pStyle w:val="ListParagraph"/>
      </w:pPr>
      <w:r>
        <w:t>Planned</w:t>
      </w:r>
      <w:r w:rsidR="00CB73EF">
        <w:t xml:space="preserve"> </w:t>
      </w:r>
      <w:r>
        <w:t>surgery</w:t>
      </w:r>
      <w:r w:rsidR="004B6226">
        <w:t>.</w:t>
      </w:r>
    </w:p>
    <w:p w14:paraId="39C1B5A7" w14:textId="62BD5DF6" w:rsidR="00007ACD" w:rsidRDefault="00007ACD" w:rsidP="00007ACD">
      <w:pPr>
        <w:pStyle w:val="ListParagraph"/>
      </w:pPr>
      <w:r>
        <w:t>NHS</w:t>
      </w:r>
      <w:r w:rsidR="00CB73EF">
        <w:t xml:space="preserve"> </w:t>
      </w:r>
      <w:r>
        <w:t>charges</w:t>
      </w:r>
      <w:r w:rsidR="00CB73EF">
        <w:t xml:space="preserve"> </w:t>
      </w:r>
      <w:r>
        <w:t>(dental,</w:t>
      </w:r>
      <w:r w:rsidR="00CB73EF">
        <w:t xml:space="preserve"> </w:t>
      </w:r>
      <w:r>
        <w:t>optical,</w:t>
      </w:r>
      <w:r w:rsidR="00CB73EF">
        <w:t xml:space="preserve"> </w:t>
      </w:r>
      <w:r>
        <w:t>prescriptions)</w:t>
      </w:r>
      <w:r w:rsidR="004B6226">
        <w:t>.</w:t>
      </w:r>
    </w:p>
    <w:p w14:paraId="7BB2E2BA" w14:textId="152ACE69" w:rsidR="00007ACD" w:rsidRDefault="00007ACD" w:rsidP="00007ACD">
      <w:pPr>
        <w:pStyle w:val="ListParagraph"/>
      </w:pPr>
      <w:r>
        <w:t>Alcohol,</w:t>
      </w:r>
      <w:r w:rsidR="00CB73EF">
        <w:t xml:space="preserve"> </w:t>
      </w:r>
      <w:r>
        <w:t>tobacco,</w:t>
      </w:r>
      <w:r w:rsidR="00CB73EF">
        <w:t xml:space="preserve"> </w:t>
      </w:r>
      <w:r>
        <w:t>gambling</w:t>
      </w:r>
      <w:r w:rsidR="00CB73EF">
        <w:t xml:space="preserve"> </w:t>
      </w:r>
      <w:r>
        <w:t>or</w:t>
      </w:r>
      <w:r w:rsidR="00CB73EF">
        <w:t xml:space="preserve"> </w:t>
      </w:r>
      <w:r>
        <w:t>debt</w:t>
      </w:r>
      <w:r w:rsidR="00CB73EF">
        <w:t xml:space="preserve"> </w:t>
      </w:r>
      <w:r>
        <w:t>repayment</w:t>
      </w:r>
      <w:r w:rsidR="004B6226">
        <w:t>.</w:t>
      </w:r>
    </w:p>
    <w:p w14:paraId="4BBFB131" w14:textId="194583AF" w:rsidR="00007ACD" w:rsidRDefault="00007ACD" w:rsidP="00007ACD">
      <w:pPr>
        <w:pStyle w:val="ListParagraph"/>
      </w:pPr>
      <w:r>
        <w:t>Anything</w:t>
      </w:r>
      <w:r w:rsidR="00CB73EF">
        <w:t xml:space="preserve"> </w:t>
      </w:r>
      <w:r>
        <w:t>illegal</w:t>
      </w:r>
      <w:r w:rsidR="004B6226">
        <w:t>.</w:t>
      </w:r>
    </w:p>
    <w:p w14:paraId="0D3B5205" w14:textId="03806008" w:rsidR="00007ACD" w:rsidRDefault="00007ACD" w:rsidP="00007ACD">
      <w:pPr>
        <w:pStyle w:val="ListParagraph"/>
      </w:pPr>
      <w:r>
        <w:t>Utility</w:t>
      </w:r>
      <w:r w:rsidR="00CB73EF">
        <w:t xml:space="preserve"> </w:t>
      </w:r>
      <w:r>
        <w:t>and</w:t>
      </w:r>
      <w:r w:rsidR="00CB73EF">
        <w:t xml:space="preserve"> </w:t>
      </w:r>
      <w:r>
        <w:t>other</w:t>
      </w:r>
      <w:r w:rsidR="00CB73EF">
        <w:t xml:space="preserve"> </w:t>
      </w:r>
      <w:r>
        <w:t>household</w:t>
      </w:r>
      <w:r w:rsidR="00CB73EF">
        <w:t xml:space="preserve"> </w:t>
      </w:r>
      <w:r>
        <w:t>bills</w:t>
      </w:r>
      <w:r w:rsidR="004B6226">
        <w:t>.</w:t>
      </w:r>
    </w:p>
    <w:p w14:paraId="2E86B251" w14:textId="7095A6AF" w:rsidR="00772E3E" w:rsidRPr="0049251F" w:rsidRDefault="00007ACD" w:rsidP="006D0999">
      <w:pPr>
        <w:pStyle w:val="Heading2"/>
      </w:pPr>
      <w:r>
        <w:t>Y</w:t>
      </w:r>
      <w:r w:rsidR="005449AE" w:rsidRPr="0049251F">
        <w:t>our</w:t>
      </w:r>
      <w:r w:rsidR="00CB73EF">
        <w:t xml:space="preserve"> </w:t>
      </w:r>
      <w:r w:rsidR="005449AE" w:rsidRPr="0049251F">
        <w:t>care</w:t>
      </w:r>
      <w:r w:rsidR="00CB73EF">
        <w:t xml:space="preserve"> </w:t>
      </w:r>
      <w:r w:rsidR="005449AE" w:rsidRPr="0049251F">
        <w:t>plan</w:t>
      </w:r>
    </w:p>
    <w:p w14:paraId="5A5CDD6A" w14:textId="5C639F08" w:rsidR="00007ACD" w:rsidRDefault="005449AE" w:rsidP="0049251F">
      <w:r w:rsidRPr="0049251F">
        <w:t>Your</w:t>
      </w:r>
      <w:r w:rsidR="00CB73EF">
        <w:t xml:space="preserve"> </w:t>
      </w:r>
      <w:r w:rsidRPr="0049251F">
        <w:t>care</w:t>
      </w:r>
      <w:r w:rsidR="00CB73EF">
        <w:t xml:space="preserve"> </w:t>
      </w:r>
      <w:r w:rsidRPr="0049251F">
        <w:t>plan</w:t>
      </w:r>
      <w:r w:rsidR="00007ACD">
        <w:t>:</w:t>
      </w:r>
    </w:p>
    <w:p w14:paraId="498C1636" w14:textId="644B5E01" w:rsidR="00007ACD" w:rsidRDefault="00007ACD" w:rsidP="00007ACD">
      <w:pPr>
        <w:pStyle w:val="ListParagraph"/>
      </w:pPr>
      <w:r>
        <w:t>E</w:t>
      </w:r>
      <w:r w:rsidR="005449AE" w:rsidRPr="0049251F">
        <w:t>xplains</w:t>
      </w:r>
      <w:r w:rsidR="00CB73EF">
        <w:t xml:space="preserve"> </w:t>
      </w:r>
      <w:r w:rsidR="005449AE" w:rsidRPr="0049251F">
        <w:t>your</w:t>
      </w:r>
      <w:r w:rsidR="00CB73EF">
        <w:t xml:space="preserve"> </w:t>
      </w:r>
      <w:r w:rsidR="005449AE" w:rsidRPr="0049251F">
        <w:t>needs</w:t>
      </w:r>
      <w:r w:rsidR="00CB73EF">
        <w:t xml:space="preserve"> </w:t>
      </w:r>
      <w:r w:rsidR="005449AE" w:rsidRPr="0049251F">
        <w:t>and</w:t>
      </w:r>
      <w:r w:rsidR="00CB73EF">
        <w:t xml:space="preserve"> </w:t>
      </w:r>
      <w:r w:rsidR="005449AE" w:rsidRPr="0049251F">
        <w:t>goals.</w:t>
      </w:r>
    </w:p>
    <w:p w14:paraId="5C0B3B51" w14:textId="03E6D7D1" w:rsidR="00007ACD" w:rsidRDefault="00007ACD" w:rsidP="00007ACD">
      <w:pPr>
        <w:pStyle w:val="ListParagraph"/>
      </w:pPr>
      <w:r>
        <w:t>S</w:t>
      </w:r>
      <w:r w:rsidR="005449AE" w:rsidRPr="0049251F">
        <w:t>ays</w:t>
      </w:r>
      <w:r w:rsidR="00CB73EF">
        <w:t xml:space="preserve"> </w:t>
      </w:r>
      <w:r w:rsidR="005449AE" w:rsidRPr="0049251F">
        <w:t>what</w:t>
      </w:r>
      <w:r w:rsidR="00CB73EF">
        <w:t xml:space="preserve"> </w:t>
      </w:r>
      <w:r w:rsidR="005449AE" w:rsidRPr="0049251F">
        <w:t>will</w:t>
      </w:r>
      <w:r w:rsidR="00CB73EF">
        <w:t xml:space="preserve"> </w:t>
      </w:r>
      <w:r w:rsidR="005449AE" w:rsidRPr="0049251F">
        <w:t>be</w:t>
      </w:r>
      <w:r w:rsidR="00CB73EF">
        <w:t xml:space="preserve"> </w:t>
      </w:r>
      <w:r w:rsidR="005449AE" w:rsidRPr="0049251F">
        <w:t>bought</w:t>
      </w:r>
      <w:r w:rsidR="00CB73EF">
        <w:t xml:space="preserve"> </w:t>
      </w:r>
      <w:r w:rsidR="005449AE" w:rsidRPr="0049251F">
        <w:t>using</w:t>
      </w:r>
      <w:r w:rsidR="00CB73EF">
        <w:t xml:space="preserve"> </w:t>
      </w:r>
      <w:r w:rsidR="00256EE0" w:rsidRPr="0049251F">
        <w:t>Direct</w:t>
      </w:r>
      <w:r w:rsidR="00CB73EF">
        <w:t xml:space="preserve"> </w:t>
      </w:r>
      <w:r w:rsidR="005449AE" w:rsidRPr="0049251F">
        <w:t>Payment.</w:t>
      </w:r>
    </w:p>
    <w:p w14:paraId="7BDFB9CF" w14:textId="373057E3" w:rsidR="00007ACD" w:rsidRDefault="00007ACD" w:rsidP="00007ACD">
      <w:pPr>
        <w:pStyle w:val="ListParagraph"/>
      </w:pPr>
      <w:r>
        <w:t>S</w:t>
      </w:r>
      <w:r w:rsidR="005449AE" w:rsidRPr="0049251F">
        <w:t>hows</w:t>
      </w:r>
      <w:r w:rsidR="00CB73EF">
        <w:t xml:space="preserve"> </w:t>
      </w:r>
      <w:r w:rsidR="005449AE" w:rsidRPr="0049251F">
        <w:t>how</w:t>
      </w:r>
      <w:r w:rsidR="00CB73EF">
        <w:t xml:space="preserve"> </w:t>
      </w:r>
      <w:r w:rsidR="005449AE" w:rsidRPr="0049251F">
        <w:t>much</w:t>
      </w:r>
      <w:r w:rsidR="00CB73EF">
        <w:t xml:space="preserve"> </w:t>
      </w:r>
      <w:r w:rsidR="005449AE" w:rsidRPr="0049251F">
        <w:t>money</w:t>
      </w:r>
      <w:r w:rsidR="00CB73EF">
        <w:t xml:space="preserve"> </w:t>
      </w:r>
      <w:r w:rsidR="005449AE" w:rsidRPr="0049251F">
        <w:t>you</w:t>
      </w:r>
      <w:r w:rsidR="00CB73EF">
        <w:t xml:space="preserve"> </w:t>
      </w:r>
      <w:r w:rsidR="005449AE" w:rsidRPr="0049251F">
        <w:t>will</w:t>
      </w:r>
      <w:r w:rsidR="00CB73EF">
        <w:t xml:space="preserve"> </w:t>
      </w:r>
      <w:r w:rsidR="005449AE" w:rsidRPr="0049251F">
        <w:t>get</w:t>
      </w:r>
      <w:r w:rsidR="00CB73EF">
        <w:t xml:space="preserve"> </w:t>
      </w:r>
      <w:r w:rsidR="005449AE" w:rsidRPr="0049251F">
        <w:t>and</w:t>
      </w:r>
      <w:r w:rsidR="00CB73EF">
        <w:t xml:space="preserve"> </w:t>
      </w:r>
      <w:r w:rsidR="005449AE" w:rsidRPr="0049251F">
        <w:t>how</w:t>
      </w:r>
      <w:r w:rsidR="00CB73EF">
        <w:t xml:space="preserve"> </w:t>
      </w:r>
      <w:r w:rsidR="005449AE" w:rsidRPr="0049251F">
        <w:t>often.</w:t>
      </w:r>
    </w:p>
    <w:p w14:paraId="0129F557" w14:textId="2DE20D2D" w:rsidR="00007ACD" w:rsidRDefault="00007ACD" w:rsidP="0049251F">
      <w:pPr>
        <w:pStyle w:val="ListParagraph"/>
      </w:pPr>
      <w:r>
        <w:t>Names</w:t>
      </w:r>
      <w:r w:rsidR="00CB73EF">
        <w:t xml:space="preserve"> </w:t>
      </w:r>
      <w:r w:rsidR="005449AE" w:rsidRPr="0049251F">
        <w:t>your</w:t>
      </w:r>
      <w:r w:rsidR="00CB73EF">
        <w:t xml:space="preserve"> </w:t>
      </w:r>
      <w:r>
        <w:t>Continuing</w:t>
      </w:r>
      <w:r w:rsidR="00CB73EF">
        <w:t xml:space="preserve"> </w:t>
      </w:r>
      <w:r>
        <w:t>NHS</w:t>
      </w:r>
      <w:r w:rsidR="00CB73EF">
        <w:t xml:space="preserve"> </w:t>
      </w:r>
      <w:r w:rsidR="00146DEE" w:rsidRPr="0049251F">
        <w:t>CHC</w:t>
      </w:r>
      <w:r w:rsidR="00CB73EF">
        <w:t xml:space="preserve"> </w:t>
      </w:r>
      <w:r w:rsidR="005449AE" w:rsidRPr="0049251F">
        <w:t>Care</w:t>
      </w:r>
      <w:r w:rsidR="00CB73EF">
        <w:t xml:space="preserve"> </w:t>
      </w:r>
      <w:r w:rsidR="005449AE" w:rsidRPr="0049251F">
        <w:t>Coordinator.</w:t>
      </w:r>
    </w:p>
    <w:p w14:paraId="430C0B94" w14:textId="57D14EA9" w:rsidR="00007ACD" w:rsidRDefault="00007ACD" w:rsidP="0049251F">
      <w:pPr>
        <w:pStyle w:val="ListParagraph"/>
      </w:pPr>
      <w:r>
        <w:t>S</w:t>
      </w:r>
      <w:r w:rsidR="005449AE" w:rsidRPr="0049251F">
        <w:t>ays</w:t>
      </w:r>
      <w:r w:rsidR="00CB73EF">
        <w:t xml:space="preserve"> </w:t>
      </w:r>
      <w:r w:rsidR="005449AE" w:rsidRPr="0049251F">
        <w:t>when</w:t>
      </w:r>
      <w:r w:rsidR="00CB73EF">
        <w:t xml:space="preserve"> </w:t>
      </w:r>
      <w:r w:rsidR="005449AE" w:rsidRPr="0049251F">
        <w:t>your</w:t>
      </w:r>
      <w:r w:rsidR="00CB73EF">
        <w:t xml:space="preserve"> </w:t>
      </w:r>
      <w:r w:rsidR="005449AE" w:rsidRPr="0049251F">
        <w:t>first</w:t>
      </w:r>
      <w:r w:rsidR="00CB73EF">
        <w:t xml:space="preserve"> </w:t>
      </w:r>
      <w:r w:rsidR="005449AE" w:rsidRPr="0049251F">
        <w:t>review</w:t>
      </w:r>
      <w:r w:rsidR="00CB73EF">
        <w:t xml:space="preserve"> </w:t>
      </w:r>
      <w:r w:rsidR="005449AE" w:rsidRPr="0049251F">
        <w:t>will</w:t>
      </w:r>
      <w:r w:rsidR="00CB73EF">
        <w:t xml:space="preserve"> </w:t>
      </w:r>
      <w:r w:rsidR="005449AE" w:rsidRPr="0049251F">
        <w:t>happen</w:t>
      </w:r>
      <w:r w:rsidR="00CB73EF">
        <w:t xml:space="preserve"> </w:t>
      </w:r>
      <w:r w:rsidR="005449AE" w:rsidRPr="0049251F">
        <w:t>(within</w:t>
      </w:r>
      <w:r w:rsidR="00CB73EF">
        <w:t xml:space="preserve"> </w:t>
      </w:r>
      <w:r w:rsidR="005449AE" w:rsidRPr="0049251F">
        <w:t>3</w:t>
      </w:r>
      <w:r w:rsidR="00CB73EF">
        <w:t xml:space="preserve"> </w:t>
      </w:r>
      <w:r w:rsidR="005449AE" w:rsidRPr="0049251F">
        <w:t>months)</w:t>
      </w:r>
    </w:p>
    <w:p w14:paraId="74C707A0" w14:textId="1133AF7F" w:rsidR="00772E3E" w:rsidRPr="0049251F" w:rsidRDefault="00007ACD" w:rsidP="0049251F">
      <w:pPr>
        <w:pStyle w:val="ListParagraph"/>
      </w:pPr>
      <w:r>
        <w:lastRenderedPageBreak/>
        <w:t>E</w:t>
      </w:r>
      <w:r w:rsidR="005449AE" w:rsidRPr="0049251F">
        <w:t>xplains</w:t>
      </w:r>
      <w:r w:rsidR="00CB73EF">
        <w:t xml:space="preserve"> </w:t>
      </w:r>
      <w:r w:rsidR="005449AE" w:rsidRPr="0049251F">
        <w:t>any</w:t>
      </w:r>
      <w:r w:rsidR="00CB73EF">
        <w:t xml:space="preserve"> </w:t>
      </w:r>
      <w:r w:rsidR="005449AE" w:rsidRPr="0049251F">
        <w:t>risks</w:t>
      </w:r>
      <w:r w:rsidR="00CB73EF">
        <w:t xml:space="preserve"> </w:t>
      </w:r>
      <w:r w:rsidR="005449AE" w:rsidRPr="0049251F">
        <w:t>and</w:t>
      </w:r>
      <w:r w:rsidR="00CB73EF">
        <w:t xml:space="preserve"> </w:t>
      </w:r>
      <w:r w:rsidR="005449AE" w:rsidRPr="0049251F">
        <w:t>how</w:t>
      </w:r>
      <w:r w:rsidR="00CB73EF">
        <w:t xml:space="preserve"> </w:t>
      </w:r>
      <w:r w:rsidR="005449AE" w:rsidRPr="0049251F">
        <w:t>to</w:t>
      </w:r>
      <w:r w:rsidR="00CB73EF">
        <w:t xml:space="preserve"> </w:t>
      </w:r>
      <w:r w:rsidR="005449AE" w:rsidRPr="0049251F">
        <w:t>keep</w:t>
      </w:r>
      <w:r w:rsidR="00CB73EF">
        <w:t xml:space="preserve"> </w:t>
      </w:r>
      <w:r w:rsidR="005449AE" w:rsidRPr="0049251F">
        <w:t>you</w:t>
      </w:r>
      <w:r w:rsidR="00CB73EF">
        <w:t xml:space="preserve"> </w:t>
      </w:r>
      <w:r w:rsidR="005449AE" w:rsidRPr="0049251F">
        <w:t>safe.</w:t>
      </w:r>
    </w:p>
    <w:p w14:paraId="127C76F2" w14:textId="73D6662D" w:rsidR="00772E3E" w:rsidRPr="0049251F" w:rsidRDefault="005449AE" w:rsidP="006D0999">
      <w:pPr>
        <w:pStyle w:val="Heading2"/>
      </w:pPr>
      <w:r w:rsidRPr="0049251F">
        <w:t>Checks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reviews</w:t>
      </w:r>
    </w:p>
    <w:p w14:paraId="4BEBD218" w14:textId="7C796DE8" w:rsidR="00772E3E" w:rsidRDefault="00007ACD" w:rsidP="0049251F">
      <w:r>
        <w:t>Your</w:t>
      </w:r>
      <w:r w:rsidR="00CB73EF">
        <w:t xml:space="preserve"> </w:t>
      </w:r>
      <w:r>
        <w:t>care</w:t>
      </w:r>
      <w:r w:rsidR="00CB73EF">
        <w:t xml:space="preserve"> </w:t>
      </w:r>
      <w:r>
        <w:t>plan</w:t>
      </w:r>
      <w:r w:rsidR="00CB73EF">
        <w:t xml:space="preserve"> </w:t>
      </w:r>
      <w:r>
        <w:t>will</w:t>
      </w:r>
      <w:r w:rsidR="00CB73EF">
        <w:t xml:space="preserve"> </w:t>
      </w:r>
      <w:r>
        <w:t>be</w:t>
      </w:r>
      <w:r w:rsidR="00CB73EF">
        <w:t xml:space="preserve"> </w:t>
      </w:r>
      <w:r>
        <w:t>reviewed</w:t>
      </w:r>
      <w:r w:rsidR="00CB73EF">
        <w:t xml:space="preserve"> </w:t>
      </w:r>
      <w:r>
        <w:t>within</w:t>
      </w:r>
      <w:r w:rsidR="00CB73EF">
        <w:t xml:space="preserve"> </w:t>
      </w:r>
      <w:r w:rsidR="005449AE" w:rsidRPr="0049251F">
        <w:t>3</w:t>
      </w:r>
      <w:r w:rsidR="00CB73EF">
        <w:t xml:space="preserve"> </w:t>
      </w:r>
      <w:r w:rsidR="005449AE" w:rsidRPr="0049251F">
        <w:t>months.</w:t>
      </w:r>
    </w:p>
    <w:p w14:paraId="59723B9F" w14:textId="3B38428E" w:rsidR="00007ACD" w:rsidRPr="0049251F" w:rsidRDefault="00007ACD" w:rsidP="0049251F">
      <w:r>
        <w:t>After</w:t>
      </w:r>
      <w:r w:rsidR="00CB73EF">
        <w:t xml:space="preserve"> </w:t>
      </w:r>
      <w:r>
        <w:t>this</w:t>
      </w:r>
      <w:r w:rsidR="00CB73EF">
        <w:t xml:space="preserve"> </w:t>
      </w:r>
      <w:r>
        <w:t>it</w:t>
      </w:r>
      <w:r w:rsidR="00CB73EF">
        <w:t xml:space="preserve"> </w:t>
      </w:r>
      <w:r>
        <w:t>will</w:t>
      </w:r>
      <w:r w:rsidR="00CB73EF">
        <w:t xml:space="preserve"> </w:t>
      </w:r>
      <w:r>
        <w:t>be</w:t>
      </w:r>
      <w:r w:rsidR="00CB73EF">
        <w:t xml:space="preserve"> </w:t>
      </w:r>
      <w:r>
        <w:t>reviewed</w:t>
      </w:r>
      <w:r w:rsidR="00CB73EF">
        <w:t xml:space="preserve"> </w:t>
      </w:r>
      <w:r>
        <w:t>at</w:t>
      </w:r>
      <w:r w:rsidR="00CB73EF">
        <w:t xml:space="preserve"> </w:t>
      </w:r>
      <w:r>
        <w:t>least</w:t>
      </w:r>
      <w:r w:rsidR="00CB73EF">
        <w:t xml:space="preserve"> </w:t>
      </w:r>
      <w:r>
        <w:t>once</w:t>
      </w:r>
      <w:r w:rsidR="00CB73EF">
        <w:t xml:space="preserve"> </w:t>
      </w:r>
      <w:r>
        <w:t>a</w:t>
      </w:r>
      <w:r w:rsidR="00CB73EF">
        <w:t xml:space="preserve"> </w:t>
      </w:r>
      <w:r>
        <w:t>year.</w:t>
      </w:r>
    </w:p>
    <w:p w14:paraId="440BB933" w14:textId="5BEB84C0" w:rsidR="00772E3E" w:rsidRPr="0049251F" w:rsidRDefault="005449AE" w:rsidP="0049251F">
      <w:r w:rsidRPr="0049251F">
        <w:t>Reviews</w:t>
      </w:r>
      <w:r w:rsidR="00CB73EF">
        <w:t xml:space="preserve"> </w:t>
      </w:r>
      <w:r w:rsidRPr="0049251F">
        <w:t>check</w:t>
      </w:r>
      <w:r w:rsidR="00CB73EF">
        <w:t xml:space="preserve"> </w:t>
      </w:r>
      <w:r w:rsidRPr="0049251F">
        <w:t>if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49251F">
        <w:t>plan</w:t>
      </w:r>
      <w:r w:rsidR="00CB73EF">
        <w:t xml:space="preserve"> </w:t>
      </w:r>
      <w:r w:rsidRPr="0049251F">
        <w:t>is</w:t>
      </w:r>
      <w:r w:rsidR="00CB73EF">
        <w:t xml:space="preserve"> </w:t>
      </w:r>
      <w:r w:rsidRPr="0049251F">
        <w:t>still</w:t>
      </w:r>
      <w:r w:rsidR="00CB73EF">
        <w:t xml:space="preserve"> </w:t>
      </w:r>
      <w:r w:rsidRPr="0049251F">
        <w:t>right</w:t>
      </w:r>
      <w:r w:rsidR="00CB73EF">
        <w:t xml:space="preserve"> </w:t>
      </w:r>
      <w:r w:rsidRPr="0049251F">
        <w:t>for</w:t>
      </w:r>
      <w:r w:rsidR="00CB73EF">
        <w:t xml:space="preserve"> </w:t>
      </w:r>
      <w:r w:rsidRPr="0049251F">
        <w:t>you.</w:t>
      </w:r>
    </w:p>
    <w:p w14:paraId="10CCBDA2" w14:textId="6801D21C" w:rsidR="00772E3E" w:rsidRPr="0049251F" w:rsidRDefault="005449AE" w:rsidP="0049251F">
      <w:r w:rsidRPr="0049251F">
        <w:t>Reviews</w:t>
      </w:r>
      <w:r w:rsidR="00CB73EF">
        <w:t xml:space="preserve"> </w:t>
      </w:r>
      <w:r w:rsidRPr="0049251F">
        <w:t>also</w:t>
      </w:r>
      <w:r w:rsidR="00CB73EF">
        <w:t xml:space="preserve"> </w:t>
      </w:r>
      <w:r w:rsidRPr="0049251F">
        <w:t>check</w:t>
      </w:r>
      <w:r w:rsidR="00CB73EF">
        <w:t xml:space="preserve"> </w:t>
      </w:r>
      <w:r w:rsidRPr="0049251F">
        <w:t>spending,</w:t>
      </w:r>
      <w:r w:rsidR="00CB73EF">
        <w:t xml:space="preserve"> </w:t>
      </w:r>
      <w:r w:rsidRPr="0049251F">
        <w:t>training,</w:t>
      </w:r>
      <w:r w:rsidR="00CB73EF">
        <w:t xml:space="preserve"> </w:t>
      </w:r>
      <w:r w:rsidRPr="0049251F">
        <w:t>insurance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safety.</w:t>
      </w:r>
    </w:p>
    <w:p w14:paraId="1993BD1B" w14:textId="30D2F050" w:rsidR="00772E3E" w:rsidRPr="0049251F" w:rsidRDefault="005449AE" w:rsidP="0049251F">
      <w:r w:rsidRPr="0049251F">
        <w:t>Reviews</w:t>
      </w:r>
      <w:r w:rsidR="00CB73EF">
        <w:t xml:space="preserve"> </w:t>
      </w:r>
      <w:r w:rsidRPr="0049251F">
        <w:t>happen</w:t>
      </w:r>
      <w:r w:rsidR="00CB73EF">
        <w:t xml:space="preserve"> </w:t>
      </w:r>
      <w:r w:rsidRPr="0049251F">
        <w:t>sooner</w:t>
      </w:r>
      <w:r w:rsidR="00CB73EF">
        <w:t xml:space="preserve"> </w:t>
      </w:r>
      <w:r w:rsidRPr="0049251F">
        <w:t>if</w:t>
      </w:r>
      <w:r w:rsidR="00CB73EF">
        <w:t xml:space="preserve"> </w:t>
      </w:r>
      <w:r w:rsidRPr="0049251F">
        <w:t>your</w:t>
      </w:r>
      <w:r w:rsidR="00CB73EF">
        <w:t xml:space="preserve"> </w:t>
      </w:r>
      <w:r w:rsidRPr="0049251F">
        <w:t>needs</w:t>
      </w:r>
      <w:r w:rsidR="00CB73EF">
        <w:t xml:space="preserve"> </w:t>
      </w:r>
      <w:r w:rsidRPr="0049251F">
        <w:t>change.</w:t>
      </w:r>
    </w:p>
    <w:p w14:paraId="189F1838" w14:textId="7CE857A8" w:rsidR="00772E3E" w:rsidRPr="0049251F" w:rsidRDefault="005449AE" w:rsidP="006D0999">
      <w:pPr>
        <w:pStyle w:val="Heading2"/>
      </w:pPr>
      <w:r w:rsidRPr="0049251F">
        <w:t>Managing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49251F">
        <w:t>money</w:t>
      </w:r>
    </w:p>
    <w:p w14:paraId="71D293C3" w14:textId="1B34E037" w:rsidR="00007ACD" w:rsidRDefault="005449AE" w:rsidP="0049251F">
      <w:r w:rsidRPr="0049251F">
        <w:t>The</w:t>
      </w:r>
      <w:r w:rsidR="00CB73EF">
        <w:t xml:space="preserve"> </w:t>
      </w:r>
      <w:r w:rsidRPr="0049251F">
        <w:t>Direct</w:t>
      </w:r>
      <w:r w:rsidR="00CB73EF">
        <w:t xml:space="preserve"> </w:t>
      </w:r>
      <w:r w:rsidRPr="0049251F">
        <w:t>Payment</w:t>
      </w:r>
      <w:r w:rsidR="00CB73EF">
        <w:t xml:space="preserve"> </w:t>
      </w:r>
      <w:r w:rsidRPr="0049251F">
        <w:t>must</w:t>
      </w:r>
      <w:r w:rsidR="00CB73EF">
        <w:t xml:space="preserve"> </w:t>
      </w:r>
      <w:r w:rsidRPr="0049251F">
        <w:t>be</w:t>
      </w:r>
      <w:r w:rsidR="00CB73EF">
        <w:t xml:space="preserve"> </w:t>
      </w:r>
      <w:r w:rsidRPr="0049251F">
        <w:t>enough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pay</w:t>
      </w:r>
      <w:r w:rsidR="00CB73EF">
        <w:t xml:space="preserve"> </w:t>
      </w:r>
      <w:r w:rsidRPr="0049251F">
        <w:t>for</w:t>
      </w:r>
      <w:r w:rsidR="00CB73EF">
        <w:t xml:space="preserve"> </w:t>
      </w:r>
      <w:r w:rsidRPr="0049251F">
        <w:t>everything</w:t>
      </w:r>
      <w:r w:rsidR="00CB73EF">
        <w:t xml:space="preserve"> </w:t>
      </w:r>
      <w:r w:rsidRPr="0049251F">
        <w:t>in</w:t>
      </w:r>
      <w:r w:rsidR="00CB73EF">
        <w:t xml:space="preserve"> </w:t>
      </w:r>
      <w:r w:rsidRPr="0049251F">
        <w:t>your</w:t>
      </w:r>
      <w:r w:rsidR="00CB73EF">
        <w:t xml:space="preserve"> </w:t>
      </w:r>
      <w:r w:rsidRPr="0049251F">
        <w:t>care</w:t>
      </w:r>
      <w:r w:rsidR="00CB73EF">
        <w:t xml:space="preserve"> </w:t>
      </w:r>
      <w:r w:rsidRPr="0049251F">
        <w:t>plan.</w:t>
      </w:r>
    </w:p>
    <w:p w14:paraId="4534D936" w14:textId="2E7E7A54" w:rsidR="00772E3E" w:rsidRPr="0049251F" w:rsidRDefault="005449AE" w:rsidP="0049251F">
      <w:r w:rsidRPr="0049251F">
        <w:t>The</w:t>
      </w:r>
      <w:r w:rsidR="00CB73EF">
        <w:t xml:space="preserve"> </w:t>
      </w:r>
      <w:r w:rsidRPr="0049251F">
        <w:t>money</w:t>
      </w:r>
      <w:r w:rsidR="00CB73EF">
        <w:t xml:space="preserve"> </w:t>
      </w:r>
      <w:r w:rsidRPr="0049251F">
        <w:t>is</w:t>
      </w:r>
      <w:r w:rsidR="00CB73EF">
        <w:t xml:space="preserve"> </w:t>
      </w:r>
      <w:r w:rsidRPr="0049251F">
        <w:t>paid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you</w:t>
      </w:r>
      <w:r w:rsidR="00CB73EF">
        <w:t xml:space="preserve"> </w:t>
      </w:r>
      <w:r w:rsidRPr="0049251F">
        <w:t>in</w:t>
      </w:r>
      <w:r w:rsidR="00CB73EF">
        <w:t xml:space="preserve"> </w:t>
      </w:r>
      <w:r w:rsidRPr="0049251F">
        <w:t>advance,</w:t>
      </w:r>
      <w:r w:rsidR="00CB73EF">
        <w:t xml:space="preserve"> </w:t>
      </w:r>
      <w:r w:rsidRPr="0049251F">
        <w:t>not</w:t>
      </w:r>
      <w:r w:rsidR="00CB73EF">
        <w:t xml:space="preserve"> </w:t>
      </w:r>
      <w:r w:rsidRPr="0049251F">
        <w:t>in</w:t>
      </w:r>
      <w:r w:rsidR="00CB73EF">
        <w:t xml:space="preserve"> </w:t>
      </w:r>
      <w:r w:rsidRPr="0049251F">
        <w:t>arrears.</w:t>
      </w:r>
    </w:p>
    <w:p w14:paraId="177DC197" w14:textId="788A42C0" w:rsidR="00772E3E" w:rsidRPr="0049251F" w:rsidRDefault="005449AE" w:rsidP="0049251F">
      <w:r w:rsidRPr="0049251F">
        <w:t>It</w:t>
      </w:r>
      <w:r w:rsidR="00CB73EF">
        <w:t xml:space="preserve"> </w:t>
      </w:r>
      <w:r w:rsidRPr="0049251F">
        <w:t>must</w:t>
      </w:r>
      <w:r w:rsidR="00CB73EF">
        <w:t xml:space="preserve"> </w:t>
      </w:r>
      <w:r w:rsidRPr="0049251F">
        <w:t>go</w:t>
      </w:r>
      <w:r w:rsidR="00CB73EF">
        <w:t xml:space="preserve"> </w:t>
      </w:r>
      <w:r w:rsidRPr="0049251F">
        <w:t>into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separate</w:t>
      </w:r>
      <w:r w:rsidR="00CB73EF">
        <w:t xml:space="preserve"> </w:t>
      </w:r>
      <w:r w:rsidRPr="0049251F">
        <w:t>bank</w:t>
      </w:r>
      <w:r w:rsidR="00CB73EF">
        <w:t xml:space="preserve"> </w:t>
      </w:r>
      <w:r w:rsidRPr="0049251F">
        <w:t>account</w:t>
      </w:r>
      <w:r w:rsidR="00CB73EF">
        <w:t xml:space="preserve"> </w:t>
      </w:r>
      <w:r w:rsidRPr="0049251F">
        <w:t>(or</w:t>
      </w:r>
      <w:r w:rsidR="00CB73EF">
        <w:t xml:space="preserve"> </w:t>
      </w:r>
      <w:r w:rsidRPr="0049251F">
        <w:t>into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managed</w:t>
      </w:r>
      <w:r w:rsidR="00CB73EF">
        <w:t xml:space="preserve"> </w:t>
      </w:r>
      <w:r w:rsidRPr="0049251F">
        <w:t>account).</w:t>
      </w:r>
    </w:p>
    <w:p w14:paraId="4E787095" w14:textId="1AFF870A" w:rsidR="00772E3E" w:rsidRPr="0049251F" w:rsidRDefault="005449AE" w:rsidP="0049251F">
      <w:r w:rsidRPr="0049251F">
        <w:t>You</w:t>
      </w:r>
      <w:r w:rsidR="00CB73EF">
        <w:t xml:space="preserve"> </w:t>
      </w:r>
      <w:r w:rsidRPr="0049251F">
        <w:t>may</w:t>
      </w:r>
      <w:r w:rsidR="00CB73EF">
        <w:t xml:space="preserve"> </w:t>
      </w:r>
      <w:r w:rsidRPr="0049251F">
        <w:t>have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small</w:t>
      </w:r>
      <w:r w:rsidR="00CB73EF">
        <w:t xml:space="preserve"> </w:t>
      </w:r>
      <w:r w:rsidRPr="0049251F">
        <w:t>amount</w:t>
      </w:r>
      <w:r w:rsidR="00CB73EF">
        <w:t xml:space="preserve"> </w:t>
      </w:r>
      <w:r w:rsidRPr="0049251F">
        <w:t>for</w:t>
      </w:r>
      <w:r w:rsidR="00CB73EF">
        <w:t xml:space="preserve"> </w:t>
      </w:r>
      <w:r w:rsidRPr="0049251F">
        <w:t>emergencies.</w:t>
      </w:r>
    </w:p>
    <w:p w14:paraId="7D83DCD7" w14:textId="6DC449FD" w:rsidR="00772E3E" w:rsidRPr="0049251F" w:rsidRDefault="005449AE" w:rsidP="0049251F">
      <w:r w:rsidRPr="0049251F">
        <w:t>You</w:t>
      </w:r>
      <w:r w:rsidR="00CB73EF">
        <w:t xml:space="preserve"> </w:t>
      </w:r>
      <w:r w:rsidRPr="0049251F">
        <w:t>must</w:t>
      </w:r>
      <w:r w:rsidR="00CB73EF">
        <w:t xml:space="preserve"> </w:t>
      </w:r>
      <w:r w:rsidRPr="0049251F">
        <w:t>keep</w:t>
      </w:r>
      <w:r w:rsidR="00CB73EF">
        <w:t xml:space="preserve"> </w:t>
      </w:r>
      <w:r w:rsidRPr="0049251F">
        <w:t>records</w:t>
      </w:r>
      <w:r w:rsidR="003C051C">
        <w:t>,</w:t>
      </w:r>
      <w:r w:rsidR="00CB73EF">
        <w:t xml:space="preserve"> </w:t>
      </w:r>
      <w:r w:rsidR="003C051C">
        <w:t>such</w:t>
      </w:r>
      <w:r w:rsidR="00CB73EF">
        <w:t xml:space="preserve"> </w:t>
      </w:r>
      <w:r w:rsidR="003C051C">
        <w:t>as</w:t>
      </w:r>
      <w:r w:rsidR="00CB73EF">
        <w:t xml:space="preserve"> </w:t>
      </w:r>
      <w:r w:rsidRPr="0049251F">
        <w:t>invoices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bank</w:t>
      </w:r>
      <w:r w:rsidR="00CB73EF">
        <w:t xml:space="preserve"> </w:t>
      </w:r>
      <w:r w:rsidRPr="0049251F">
        <w:t>statements.</w:t>
      </w:r>
    </w:p>
    <w:p w14:paraId="46BC26B5" w14:textId="7C6FAF54" w:rsidR="00772E3E" w:rsidRPr="0049251F" w:rsidRDefault="005449AE" w:rsidP="0049251F">
      <w:r w:rsidRPr="0049251F">
        <w:t>A</w:t>
      </w:r>
      <w:r w:rsidR="00CB73EF">
        <w:t xml:space="preserve"> </w:t>
      </w:r>
      <w:r w:rsidRPr="0049251F">
        <w:t>managed</w:t>
      </w:r>
      <w:r w:rsidR="00CB73EF">
        <w:t xml:space="preserve"> </w:t>
      </w:r>
      <w:r w:rsidRPr="0049251F">
        <w:t>account</w:t>
      </w:r>
      <w:r w:rsidR="00CB73EF">
        <w:t xml:space="preserve"> </w:t>
      </w:r>
      <w:r w:rsidRPr="0049251F">
        <w:t>provider</w:t>
      </w:r>
      <w:r w:rsidR="00CB73EF">
        <w:t xml:space="preserve"> </w:t>
      </w:r>
      <w:r w:rsidRPr="0049251F">
        <w:t>can</w:t>
      </w:r>
      <w:r w:rsidR="00CB73EF">
        <w:t xml:space="preserve"> </w:t>
      </w:r>
      <w:r w:rsidRPr="0049251F">
        <w:t>do</w:t>
      </w:r>
      <w:r w:rsidR="00CB73EF">
        <w:t xml:space="preserve"> </w:t>
      </w:r>
      <w:r w:rsidRPr="0049251F">
        <w:t>this</w:t>
      </w:r>
      <w:r w:rsidR="00CB73EF">
        <w:t xml:space="preserve"> </w:t>
      </w:r>
      <w:r w:rsidRPr="0049251F">
        <w:t>for</w:t>
      </w:r>
      <w:r w:rsidR="00CB73EF">
        <w:t xml:space="preserve"> </w:t>
      </w:r>
      <w:r w:rsidRPr="0049251F">
        <w:t>you.</w:t>
      </w:r>
    </w:p>
    <w:p w14:paraId="311C7E46" w14:textId="2319B11D" w:rsidR="00772E3E" w:rsidRPr="0049251F" w:rsidRDefault="005449AE" w:rsidP="006D0999">
      <w:pPr>
        <w:pStyle w:val="Heading2"/>
      </w:pPr>
      <w:r w:rsidRPr="0049251F">
        <w:t>Employing</w:t>
      </w:r>
      <w:r w:rsidR="00CB73EF">
        <w:t xml:space="preserve"> </w:t>
      </w:r>
      <w:r w:rsidRPr="0049251F">
        <w:t>Personal</w:t>
      </w:r>
      <w:r w:rsidR="00CB73EF">
        <w:t xml:space="preserve"> </w:t>
      </w:r>
      <w:r w:rsidRPr="0049251F">
        <w:t>Assistants</w:t>
      </w:r>
      <w:r w:rsidR="00CB73EF">
        <w:t xml:space="preserve"> </w:t>
      </w:r>
      <w:r w:rsidRPr="0049251F">
        <w:t>(PAs)</w:t>
      </w:r>
    </w:p>
    <w:p w14:paraId="349A441F" w14:textId="3BF22BDD" w:rsidR="00C51867" w:rsidRDefault="00C51867" w:rsidP="00C51867">
      <w:r>
        <w:t>You</w:t>
      </w:r>
      <w:r w:rsidR="00CB73EF">
        <w:t xml:space="preserve"> </w:t>
      </w:r>
      <w:r>
        <w:t>can</w:t>
      </w:r>
      <w:r w:rsidR="00CB73EF">
        <w:t xml:space="preserve"> </w:t>
      </w:r>
      <w:r>
        <w:t>use</w:t>
      </w:r>
      <w:r w:rsidR="00CB73EF">
        <w:t xml:space="preserve"> </w:t>
      </w:r>
      <w:r>
        <w:t>your</w:t>
      </w:r>
      <w:r w:rsidR="00CB73EF">
        <w:t xml:space="preserve"> </w:t>
      </w:r>
      <w:r>
        <w:t>Direct</w:t>
      </w:r>
      <w:r w:rsidR="00CB73EF">
        <w:t xml:space="preserve"> </w:t>
      </w:r>
      <w:r>
        <w:t>Payment</w:t>
      </w:r>
      <w:r w:rsidR="00CB73EF">
        <w:t xml:space="preserve"> </w:t>
      </w:r>
      <w:r>
        <w:t>to</w:t>
      </w:r>
      <w:r w:rsidR="00CB73EF">
        <w:t xml:space="preserve"> </w:t>
      </w:r>
      <w:r>
        <w:t>employ</w:t>
      </w:r>
      <w:r w:rsidR="00CB73EF">
        <w:t xml:space="preserve"> </w:t>
      </w:r>
      <w:r>
        <w:t>personal</w:t>
      </w:r>
      <w:r w:rsidR="00CB73EF">
        <w:t xml:space="preserve"> </w:t>
      </w:r>
      <w:r>
        <w:t>assistants</w:t>
      </w:r>
      <w:r w:rsidR="00CB73EF">
        <w:t xml:space="preserve"> </w:t>
      </w:r>
      <w:r>
        <w:t>who</w:t>
      </w:r>
      <w:r w:rsidR="00CB73EF">
        <w:t xml:space="preserve"> </w:t>
      </w:r>
      <w:r>
        <w:t>support</w:t>
      </w:r>
      <w:r w:rsidR="00CB73EF">
        <w:t xml:space="preserve"> </w:t>
      </w:r>
      <w:r>
        <w:t>you</w:t>
      </w:r>
      <w:r w:rsidR="00CB73EF">
        <w:t xml:space="preserve"> </w:t>
      </w:r>
      <w:r>
        <w:t>at</w:t>
      </w:r>
      <w:r w:rsidR="00CB73EF">
        <w:t xml:space="preserve"> </w:t>
      </w:r>
      <w:r>
        <w:t>home.</w:t>
      </w:r>
      <w:r w:rsidR="00CB73EF">
        <w:t xml:space="preserve"> </w:t>
      </w:r>
    </w:p>
    <w:p w14:paraId="158928CA" w14:textId="645108C2" w:rsidR="00C51867" w:rsidRDefault="00C51867" w:rsidP="00C51867">
      <w:r>
        <w:t>Your</w:t>
      </w:r>
      <w:r w:rsidR="00CB73EF">
        <w:t xml:space="preserve"> </w:t>
      </w:r>
      <w:r>
        <w:t>budget</w:t>
      </w:r>
      <w:r w:rsidR="00CB73EF">
        <w:t xml:space="preserve"> </w:t>
      </w:r>
      <w:r>
        <w:t>will</w:t>
      </w:r>
      <w:r w:rsidR="00CB73EF">
        <w:t xml:space="preserve"> </w:t>
      </w:r>
      <w:r>
        <w:t>include</w:t>
      </w:r>
      <w:r w:rsidR="00CB73EF">
        <w:t xml:space="preserve"> </w:t>
      </w:r>
      <w:r>
        <w:t>money</w:t>
      </w:r>
      <w:r w:rsidR="00CB73EF">
        <w:t xml:space="preserve"> </w:t>
      </w:r>
      <w:r>
        <w:t>for:</w:t>
      </w:r>
      <w:r w:rsidR="00CB73EF">
        <w:t xml:space="preserve"> </w:t>
      </w:r>
    </w:p>
    <w:p w14:paraId="5C73995F" w14:textId="193DDC63" w:rsidR="00C51867" w:rsidRDefault="00C51867" w:rsidP="00C51867">
      <w:pPr>
        <w:pStyle w:val="ListParagraph"/>
      </w:pPr>
      <w:r>
        <w:t>Wages</w:t>
      </w:r>
      <w:r w:rsidR="004B6226">
        <w:t>.</w:t>
      </w:r>
    </w:p>
    <w:p w14:paraId="0F77672A" w14:textId="2781D9CE" w:rsidR="00C51867" w:rsidRDefault="00C51867" w:rsidP="00C51867">
      <w:pPr>
        <w:pStyle w:val="ListParagraph"/>
      </w:pPr>
      <w:r>
        <w:t>Tax</w:t>
      </w:r>
      <w:r w:rsidR="00CB73EF">
        <w:t xml:space="preserve"> </w:t>
      </w:r>
      <w:r>
        <w:t>and</w:t>
      </w:r>
      <w:r w:rsidR="00CB73EF">
        <w:t xml:space="preserve"> </w:t>
      </w:r>
      <w:r>
        <w:t>National</w:t>
      </w:r>
      <w:r w:rsidR="00CB73EF">
        <w:t xml:space="preserve"> </w:t>
      </w:r>
      <w:r>
        <w:t>Insurance</w:t>
      </w:r>
      <w:r w:rsidR="004B6226">
        <w:t>.</w:t>
      </w:r>
    </w:p>
    <w:p w14:paraId="6696EE17" w14:textId="6644FD4B" w:rsidR="00C51867" w:rsidRDefault="00C51867" w:rsidP="00C51867">
      <w:pPr>
        <w:pStyle w:val="ListParagraph"/>
      </w:pPr>
      <w:r>
        <w:t>Training</w:t>
      </w:r>
      <w:r w:rsidR="004B6226">
        <w:t>.</w:t>
      </w:r>
    </w:p>
    <w:p w14:paraId="68CC3AD5" w14:textId="07FF71B2" w:rsidR="00C51867" w:rsidRDefault="00C51867" w:rsidP="00C51867">
      <w:pPr>
        <w:pStyle w:val="ListParagraph"/>
      </w:pPr>
      <w:r>
        <w:t>Insurance</w:t>
      </w:r>
      <w:r w:rsidR="004B6226">
        <w:t>.</w:t>
      </w:r>
    </w:p>
    <w:p w14:paraId="57A4A60E" w14:textId="18267BD0" w:rsidR="00C51867" w:rsidRDefault="00C51867" w:rsidP="00C51867">
      <w:pPr>
        <w:pStyle w:val="ListParagraph"/>
      </w:pPr>
      <w:r>
        <w:t>Holiday</w:t>
      </w:r>
      <w:r w:rsidR="00CB73EF">
        <w:t xml:space="preserve"> </w:t>
      </w:r>
      <w:r>
        <w:t>and</w:t>
      </w:r>
      <w:r w:rsidR="00CB73EF">
        <w:t xml:space="preserve"> </w:t>
      </w:r>
      <w:r>
        <w:t>sickness</w:t>
      </w:r>
      <w:r w:rsidR="00CB73EF">
        <w:t xml:space="preserve"> </w:t>
      </w:r>
      <w:r>
        <w:t>cover</w:t>
      </w:r>
      <w:r w:rsidR="004B6226">
        <w:t>.</w:t>
      </w:r>
    </w:p>
    <w:p w14:paraId="544ECA84" w14:textId="7AB3A184" w:rsidR="00772E3E" w:rsidRPr="0049251F" w:rsidRDefault="005449AE" w:rsidP="0049251F">
      <w:r w:rsidRPr="0049251F">
        <w:lastRenderedPageBreak/>
        <w:t>You</w:t>
      </w:r>
      <w:r w:rsidR="00CB73EF">
        <w:t xml:space="preserve"> </w:t>
      </w:r>
      <w:r w:rsidRPr="0049251F">
        <w:t>must</w:t>
      </w:r>
      <w:r w:rsidR="00CB73EF">
        <w:t xml:space="preserve"> </w:t>
      </w:r>
      <w:r w:rsidRPr="0049251F">
        <w:t>follow</w:t>
      </w:r>
      <w:r w:rsidR="00CB73EF">
        <w:t xml:space="preserve"> </w:t>
      </w:r>
      <w:r w:rsidRPr="0049251F">
        <w:t>safer</w:t>
      </w:r>
      <w:r w:rsidR="00CB73EF">
        <w:t xml:space="preserve"> </w:t>
      </w:r>
      <w:r w:rsidRPr="0049251F">
        <w:t>recruitment</w:t>
      </w:r>
      <w:r w:rsidR="00CB73EF">
        <w:t xml:space="preserve"> </w:t>
      </w:r>
      <w:r w:rsidRPr="0049251F">
        <w:t>rules.</w:t>
      </w:r>
    </w:p>
    <w:p w14:paraId="7EDE7880" w14:textId="03CED797" w:rsidR="00C51867" w:rsidRDefault="00C51867" w:rsidP="00C51867">
      <w:r>
        <w:t>Sometimes</w:t>
      </w:r>
      <w:r w:rsidR="00CB73EF">
        <w:t xml:space="preserve"> </w:t>
      </w:r>
      <w:r>
        <w:t>you</w:t>
      </w:r>
      <w:r w:rsidR="00CB73EF">
        <w:t xml:space="preserve"> </w:t>
      </w:r>
      <w:r>
        <w:t>can</w:t>
      </w:r>
      <w:r w:rsidR="00CB73EF">
        <w:t xml:space="preserve"> </w:t>
      </w:r>
      <w:r>
        <w:t>employ</w:t>
      </w:r>
      <w:r w:rsidR="00CB73EF">
        <w:t xml:space="preserve"> </w:t>
      </w:r>
      <w:r>
        <w:t>family</w:t>
      </w:r>
      <w:r w:rsidR="00CB73EF">
        <w:t xml:space="preserve"> </w:t>
      </w:r>
      <w:r>
        <w:t>members</w:t>
      </w:r>
      <w:r w:rsidR="00CB73EF">
        <w:t xml:space="preserve"> </w:t>
      </w:r>
      <w:r>
        <w:t>or</w:t>
      </w:r>
      <w:r w:rsidR="00CB73EF">
        <w:t xml:space="preserve"> </w:t>
      </w:r>
      <w:r>
        <w:t>friends</w:t>
      </w:r>
      <w:r w:rsidR="00CB73EF">
        <w:t xml:space="preserve"> </w:t>
      </w:r>
      <w:r>
        <w:t>to</w:t>
      </w:r>
      <w:r w:rsidR="00CB73EF">
        <w:t xml:space="preserve"> </w:t>
      </w:r>
      <w:r>
        <w:t>provide</w:t>
      </w:r>
      <w:r w:rsidR="00CB73EF">
        <w:t xml:space="preserve"> </w:t>
      </w:r>
      <w:r>
        <w:t>care.</w:t>
      </w:r>
      <w:r w:rsidR="00CB73EF">
        <w:t xml:space="preserve"> </w:t>
      </w:r>
      <w:r>
        <w:t>The</w:t>
      </w:r>
      <w:r w:rsidR="00CB73EF">
        <w:t xml:space="preserve"> </w:t>
      </w:r>
      <w:r>
        <w:t>NHS</w:t>
      </w:r>
      <w:r w:rsidR="00CB73EF">
        <w:t xml:space="preserve"> </w:t>
      </w:r>
      <w:r>
        <w:t>may</w:t>
      </w:r>
      <w:r w:rsidR="00CB73EF">
        <w:t xml:space="preserve"> </w:t>
      </w:r>
      <w:r>
        <w:t>agree</w:t>
      </w:r>
      <w:r w:rsidR="00CB73EF">
        <w:t xml:space="preserve"> </w:t>
      </w:r>
      <w:r>
        <w:t>if</w:t>
      </w:r>
      <w:r w:rsidR="00CB73EF">
        <w:t xml:space="preserve"> </w:t>
      </w:r>
      <w:r>
        <w:t>it</w:t>
      </w:r>
      <w:r w:rsidR="00CB73EF">
        <w:t xml:space="preserve"> </w:t>
      </w:r>
      <w:r>
        <w:t>is</w:t>
      </w:r>
      <w:r w:rsidR="00CB73EF">
        <w:t xml:space="preserve"> </w:t>
      </w:r>
      <w:r>
        <w:t>the</w:t>
      </w:r>
      <w:r w:rsidR="00CB73EF">
        <w:t xml:space="preserve"> </w:t>
      </w:r>
      <w:r>
        <w:t>only</w:t>
      </w:r>
      <w:r w:rsidR="00CB73EF">
        <w:t xml:space="preserve"> </w:t>
      </w:r>
      <w:r>
        <w:t>practical</w:t>
      </w:r>
      <w:r w:rsidR="00CB73EF">
        <w:t xml:space="preserve"> </w:t>
      </w:r>
      <w:r>
        <w:t>way</w:t>
      </w:r>
      <w:r w:rsidR="00CB73EF">
        <w:t xml:space="preserve"> </w:t>
      </w:r>
      <w:r>
        <w:t>to</w:t>
      </w:r>
      <w:r w:rsidR="00CB73EF">
        <w:t xml:space="preserve"> </w:t>
      </w:r>
      <w:r>
        <w:t>meet</w:t>
      </w:r>
      <w:r w:rsidR="00CB73EF">
        <w:t xml:space="preserve"> </w:t>
      </w:r>
      <w:r>
        <w:t>your</w:t>
      </w:r>
      <w:r w:rsidR="00CB73EF">
        <w:t xml:space="preserve"> </w:t>
      </w:r>
      <w:r>
        <w:t>needs.</w:t>
      </w:r>
      <w:r w:rsidR="00CB73EF">
        <w:t xml:space="preserve"> </w:t>
      </w:r>
      <w:r>
        <w:t>Your</w:t>
      </w:r>
      <w:r w:rsidR="00CB73EF">
        <w:t xml:space="preserve"> </w:t>
      </w:r>
      <w:r>
        <w:t>care</w:t>
      </w:r>
      <w:r w:rsidR="00CB73EF">
        <w:t xml:space="preserve"> </w:t>
      </w:r>
      <w:r>
        <w:t>coordinator</w:t>
      </w:r>
      <w:r w:rsidR="00CB73EF">
        <w:t xml:space="preserve"> </w:t>
      </w:r>
      <w:r>
        <w:t>will</w:t>
      </w:r>
      <w:r w:rsidR="00CB73EF">
        <w:t xml:space="preserve"> </w:t>
      </w:r>
      <w:r>
        <w:t>discuss</w:t>
      </w:r>
      <w:r w:rsidR="00CB73EF">
        <w:t xml:space="preserve"> </w:t>
      </w:r>
      <w:r>
        <w:t>this</w:t>
      </w:r>
      <w:r w:rsidR="00CB73EF">
        <w:t xml:space="preserve"> </w:t>
      </w:r>
      <w:r>
        <w:t>with</w:t>
      </w:r>
      <w:r w:rsidR="00CB73EF">
        <w:t xml:space="preserve"> </w:t>
      </w:r>
      <w:r>
        <w:t>you.</w:t>
      </w:r>
    </w:p>
    <w:p w14:paraId="339620DC" w14:textId="50A2C063" w:rsidR="00772E3E" w:rsidRPr="0049251F" w:rsidRDefault="005449AE" w:rsidP="006D0999">
      <w:pPr>
        <w:pStyle w:val="Heading2"/>
      </w:pPr>
      <w:r w:rsidRPr="0049251F">
        <w:t>Buying</w:t>
      </w:r>
      <w:r w:rsidR="00CB73EF">
        <w:t xml:space="preserve"> </w:t>
      </w:r>
      <w:r w:rsidRPr="0049251F">
        <w:t>services</w:t>
      </w:r>
    </w:p>
    <w:p w14:paraId="217768B2" w14:textId="135616C0" w:rsidR="00772E3E" w:rsidRPr="0049251F" w:rsidRDefault="005449AE" w:rsidP="0049251F">
      <w:r w:rsidRPr="0049251F">
        <w:t>You</w:t>
      </w:r>
      <w:r w:rsidR="00CB73EF">
        <w:t xml:space="preserve"> </w:t>
      </w:r>
      <w:r w:rsidRPr="0049251F">
        <w:t>can</w:t>
      </w:r>
      <w:r w:rsidR="00CB73EF">
        <w:t xml:space="preserve"> </w:t>
      </w:r>
      <w:r w:rsidRPr="0049251F">
        <w:t>buy</w:t>
      </w:r>
      <w:r w:rsidR="00CB73EF">
        <w:t xml:space="preserve"> </w:t>
      </w:r>
      <w:r w:rsidRPr="0049251F">
        <w:t>support</w:t>
      </w:r>
      <w:r w:rsidR="00CB73EF">
        <w:t xml:space="preserve"> </w:t>
      </w:r>
      <w:r w:rsidRPr="0049251F">
        <w:t>from</w:t>
      </w:r>
      <w:r w:rsidR="00CB73EF">
        <w:t xml:space="preserve"> </w:t>
      </w:r>
      <w:r w:rsidRPr="0049251F">
        <w:t>companies</w:t>
      </w:r>
      <w:r w:rsidR="00CB73EF">
        <w:t xml:space="preserve"> </w:t>
      </w:r>
      <w:r w:rsidRPr="0049251F">
        <w:t>or</w:t>
      </w:r>
      <w:r w:rsidR="00CB73EF">
        <w:t xml:space="preserve"> </w:t>
      </w:r>
      <w:r w:rsidRPr="0049251F">
        <w:t>agencies.</w:t>
      </w:r>
    </w:p>
    <w:p w14:paraId="1B01C27E" w14:textId="0C3A0191" w:rsidR="00C51867" w:rsidRDefault="005449AE" w:rsidP="0049251F">
      <w:r w:rsidRPr="0049251F">
        <w:t>If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49251F">
        <w:t>support</w:t>
      </w:r>
      <w:r w:rsidR="00CB73EF">
        <w:t xml:space="preserve"> </w:t>
      </w:r>
      <w:r w:rsidRPr="0049251F">
        <w:t>is</w:t>
      </w:r>
      <w:r w:rsidR="00CB73EF">
        <w:t xml:space="preserve"> </w:t>
      </w:r>
      <w:r w:rsidRPr="0049251F">
        <w:t>regulated,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49251F">
        <w:t>provider</w:t>
      </w:r>
      <w:r w:rsidR="00CB73EF">
        <w:t xml:space="preserve"> </w:t>
      </w:r>
      <w:r w:rsidRPr="0049251F">
        <w:t>must</w:t>
      </w:r>
      <w:r w:rsidR="00CB73EF">
        <w:t xml:space="preserve"> </w:t>
      </w:r>
      <w:r w:rsidRPr="0049251F">
        <w:t>be</w:t>
      </w:r>
      <w:r w:rsidR="00CB73EF">
        <w:t xml:space="preserve"> </w:t>
      </w:r>
      <w:r w:rsidRPr="0049251F">
        <w:t>registered</w:t>
      </w:r>
      <w:r w:rsidR="00CB73EF">
        <w:t xml:space="preserve"> </w:t>
      </w:r>
      <w:r w:rsidRPr="0049251F">
        <w:t>with</w:t>
      </w:r>
      <w:r w:rsidR="00CB73EF">
        <w:t xml:space="preserve"> </w:t>
      </w:r>
      <w:r w:rsidRPr="0049251F">
        <w:t>C</w:t>
      </w:r>
      <w:r w:rsidR="00C51867">
        <w:t>are</w:t>
      </w:r>
      <w:r w:rsidR="00CB73EF">
        <w:t xml:space="preserve"> </w:t>
      </w:r>
      <w:r w:rsidR="00C51867">
        <w:t>Inspectorate</w:t>
      </w:r>
      <w:r w:rsidR="00CB73EF">
        <w:t xml:space="preserve"> </w:t>
      </w:r>
      <w:r w:rsidR="00C51867">
        <w:t>Wales</w:t>
      </w:r>
      <w:r w:rsidRPr="0049251F">
        <w:t>.</w:t>
      </w:r>
    </w:p>
    <w:p w14:paraId="5BCEC935" w14:textId="73015CDD" w:rsidR="00772E3E" w:rsidRPr="0049251F" w:rsidRDefault="005449AE" w:rsidP="0049251F">
      <w:r w:rsidRPr="0049251F">
        <w:t>You</w:t>
      </w:r>
      <w:r w:rsidR="00CB73EF">
        <w:t xml:space="preserve"> </w:t>
      </w:r>
      <w:r w:rsidRPr="0049251F">
        <w:t>should</w:t>
      </w:r>
      <w:r w:rsidR="00CB73EF">
        <w:t xml:space="preserve"> </w:t>
      </w:r>
      <w:r w:rsidRPr="0049251F">
        <w:t>ask</w:t>
      </w:r>
      <w:r w:rsidR="00CB73EF">
        <w:t xml:space="preserve"> </w:t>
      </w:r>
      <w:r w:rsidRPr="0049251F">
        <w:t>providers</w:t>
      </w:r>
      <w:r w:rsidR="00CB73EF">
        <w:t xml:space="preserve"> </w:t>
      </w:r>
      <w:r w:rsidRPr="0049251F">
        <w:t>about</w:t>
      </w:r>
      <w:r w:rsidR="00CB73EF">
        <w:t xml:space="preserve"> </w:t>
      </w:r>
      <w:r w:rsidRPr="0049251F">
        <w:t>insurance,</w:t>
      </w:r>
      <w:r w:rsidR="00CB73EF">
        <w:t xml:space="preserve"> </w:t>
      </w:r>
      <w:r w:rsidRPr="0049251F">
        <w:t>training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safety.</w:t>
      </w:r>
    </w:p>
    <w:p w14:paraId="4177D840" w14:textId="41BC8CE7" w:rsidR="00772E3E" w:rsidRPr="0049251F" w:rsidRDefault="005449AE" w:rsidP="006D0999">
      <w:pPr>
        <w:pStyle w:val="Heading2"/>
      </w:pPr>
      <w:r w:rsidRPr="0049251F">
        <w:t>Staying</w:t>
      </w:r>
      <w:r w:rsidR="00CB73EF">
        <w:t xml:space="preserve"> </w:t>
      </w:r>
      <w:r w:rsidRPr="0049251F">
        <w:t>safe</w:t>
      </w:r>
    </w:p>
    <w:p w14:paraId="2DAFDADB" w14:textId="3DDDFE08" w:rsidR="00772E3E" w:rsidRDefault="005449AE" w:rsidP="0049251F">
      <w:r w:rsidRPr="0049251F">
        <w:t>Your</w:t>
      </w:r>
      <w:r w:rsidR="00CB73EF">
        <w:t xml:space="preserve"> </w:t>
      </w:r>
      <w:r w:rsidRPr="0049251F">
        <w:t>care</w:t>
      </w:r>
      <w:r w:rsidR="00CB73EF">
        <w:t xml:space="preserve"> </w:t>
      </w:r>
      <w:r w:rsidRPr="0049251F">
        <w:t>plan</w:t>
      </w:r>
      <w:r w:rsidR="00CB73EF">
        <w:t xml:space="preserve"> </w:t>
      </w:r>
      <w:r w:rsidRPr="0049251F">
        <w:t>will</w:t>
      </w:r>
      <w:r w:rsidR="00CB73EF">
        <w:t xml:space="preserve"> </w:t>
      </w:r>
      <w:r w:rsidRPr="0049251F">
        <w:t>explain</w:t>
      </w:r>
      <w:r w:rsidR="00CB73EF">
        <w:t xml:space="preserve"> </w:t>
      </w:r>
      <w:r w:rsidRPr="0049251F">
        <w:t>any</w:t>
      </w:r>
      <w:r w:rsidR="00CB73EF">
        <w:t xml:space="preserve"> </w:t>
      </w:r>
      <w:r w:rsidRPr="0049251F">
        <w:t>risks.</w:t>
      </w:r>
    </w:p>
    <w:p w14:paraId="4E6BC199" w14:textId="00DBC868" w:rsidR="00772E3E" w:rsidRPr="0049251F" w:rsidRDefault="00C51867" w:rsidP="0049251F">
      <w:r>
        <w:t>Your</w:t>
      </w:r>
      <w:r w:rsidR="00CB73EF">
        <w:t xml:space="preserve"> </w:t>
      </w:r>
      <w:r>
        <w:t>local</w:t>
      </w:r>
      <w:r w:rsidR="00CB73EF">
        <w:t xml:space="preserve"> </w:t>
      </w:r>
      <w:r>
        <w:t>Health</w:t>
      </w:r>
      <w:r w:rsidR="00CB73EF">
        <w:t xml:space="preserve"> </w:t>
      </w:r>
      <w:r>
        <w:t>Board</w:t>
      </w:r>
      <w:r w:rsidR="00CB73EF">
        <w:t xml:space="preserve"> </w:t>
      </w:r>
      <w:r w:rsidR="005449AE" w:rsidRPr="0049251F">
        <w:t>must</w:t>
      </w:r>
      <w:r w:rsidR="00CB73EF">
        <w:t xml:space="preserve"> </w:t>
      </w:r>
      <w:r w:rsidR="005449AE" w:rsidRPr="0049251F">
        <w:t>help</w:t>
      </w:r>
      <w:r w:rsidR="00CB73EF">
        <w:t xml:space="preserve"> </w:t>
      </w:r>
      <w:r w:rsidR="005449AE" w:rsidRPr="0049251F">
        <w:t>you</w:t>
      </w:r>
      <w:r w:rsidR="00CB73EF">
        <w:t xml:space="preserve"> </w:t>
      </w:r>
      <w:r w:rsidR="005449AE" w:rsidRPr="0049251F">
        <w:t>stay</w:t>
      </w:r>
      <w:r w:rsidR="00CB73EF">
        <w:t xml:space="preserve"> </w:t>
      </w:r>
      <w:r w:rsidR="005449AE" w:rsidRPr="0049251F">
        <w:t>safe.</w:t>
      </w:r>
    </w:p>
    <w:p w14:paraId="16EEF3B6" w14:textId="06B69455" w:rsidR="00772E3E" w:rsidRPr="0049251F" w:rsidRDefault="00E4526F" w:rsidP="0049251F">
      <w:r w:rsidRPr="0049251F">
        <w:t>You</w:t>
      </w:r>
      <w:r w:rsidR="00CB73EF">
        <w:t xml:space="preserve"> </w:t>
      </w:r>
      <w:r w:rsidRPr="0049251F">
        <w:t>should</w:t>
      </w:r>
      <w:r w:rsidR="00CB73EF">
        <w:t xml:space="preserve"> </w:t>
      </w:r>
      <w:r w:rsidR="00186F36" w:rsidRPr="0049251F">
        <w:t>always</w:t>
      </w:r>
      <w:r w:rsidR="00CB73EF">
        <w:t xml:space="preserve"> </w:t>
      </w:r>
      <w:r w:rsidRPr="0049251F">
        <w:t>t</w:t>
      </w:r>
      <w:r w:rsidR="005449AE" w:rsidRPr="0049251F">
        <w:t>ell</w:t>
      </w:r>
      <w:r w:rsidR="00CB73EF">
        <w:t xml:space="preserve"> </w:t>
      </w:r>
      <w:r w:rsidR="005449AE" w:rsidRPr="0049251F">
        <w:t>someone</w:t>
      </w:r>
      <w:r w:rsidR="00CB73EF">
        <w:t xml:space="preserve"> </w:t>
      </w:r>
      <w:r w:rsidR="005449AE" w:rsidRPr="0049251F">
        <w:t>if</w:t>
      </w:r>
      <w:r w:rsidR="00CB73EF">
        <w:t xml:space="preserve"> </w:t>
      </w:r>
      <w:r w:rsidR="005449AE" w:rsidRPr="0049251F">
        <w:t>you</w:t>
      </w:r>
      <w:r w:rsidR="00CB73EF">
        <w:t xml:space="preserve"> </w:t>
      </w:r>
      <w:r w:rsidR="005449AE" w:rsidRPr="0049251F">
        <w:t>are</w:t>
      </w:r>
      <w:r w:rsidR="00CB73EF">
        <w:t xml:space="preserve"> </w:t>
      </w:r>
      <w:r w:rsidR="005449AE" w:rsidRPr="0049251F">
        <w:t>worried.</w:t>
      </w:r>
    </w:p>
    <w:p w14:paraId="68083A86" w14:textId="4883D13A" w:rsidR="00772E3E" w:rsidRPr="0049251F" w:rsidRDefault="005449AE" w:rsidP="0049251F">
      <w:r w:rsidRPr="0049251F">
        <w:t>Tell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49251F">
        <w:t>Health</w:t>
      </w:r>
      <w:r w:rsidR="00CB73EF">
        <w:t xml:space="preserve"> </w:t>
      </w:r>
      <w:r w:rsidRPr="0049251F">
        <w:t>Board</w:t>
      </w:r>
      <w:r w:rsidR="00CB73EF">
        <w:t xml:space="preserve"> </w:t>
      </w:r>
      <w:r w:rsidRPr="0049251F">
        <w:t>if</w:t>
      </w:r>
      <w:r w:rsidR="00CB73EF">
        <w:t xml:space="preserve"> </w:t>
      </w:r>
      <w:r w:rsidRPr="0049251F">
        <w:t>you</w:t>
      </w:r>
      <w:r w:rsidR="00CB73EF">
        <w:t xml:space="preserve"> </w:t>
      </w:r>
      <w:r w:rsidRPr="0049251F">
        <w:t>think</w:t>
      </w:r>
      <w:r w:rsidR="00CB73EF">
        <w:t xml:space="preserve"> </w:t>
      </w:r>
      <w:r w:rsidRPr="0049251F">
        <w:t>money</w:t>
      </w:r>
      <w:r w:rsidR="00CB73EF">
        <w:t xml:space="preserve"> </w:t>
      </w:r>
      <w:r w:rsidRPr="0049251F">
        <w:t>is</w:t>
      </w:r>
      <w:r w:rsidR="00CB73EF">
        <w:t xml:space="preserve"> </w:t>
      </w:r>
      <w:r w:rsidRPr="0049251F">
        <w:t>being</w:t>
      </w:r>
      <w:r w:rsidR="00CB73EF">
        <w:t xml:space="preserve"> </w:t>
      </w:r>
      <w:r w:rsidRPr="0049251F">
        <w:t>misused.</w:t>
      </w:r>
    </w:p>
    <w:p w14:paraId="1EBA035E" w14:textId="1B914039" w:rsidR="00772E3E" w:rsidRPr="0049251F" w:rsidRDefault="005449AE" w:rsidP="0049251F">
      <w:r w:rsidRPr="0049251F">
        <w:t>If</w:t>
      </w:r>
      <w:r w:rsidR="00CB73EF">
        <w:t xml:space="preserve"> </w:t>
      </w:r>
      <w:r w:rsidRPr="0049251F">
        <w:t>a</w:t>
      </w:r>
      <w:r w:rsidR="00CB73EF">
        <w:t xml:space="preserve"> </w:t>
      </w:r>
      <w:r w:rsidR="00C51867">
        <w:t>Personal</w:t>
      </w:r>
      <w:r w:rsidR="00CB73EF">
        <w:t xml:space="preserve"> </w:t>
      </w:r>
      <w:r w:rsidR="00C51867">
        <w:t>Assistant</w:t>
      </w:r>
      <w:r w:rsidR="00CB73EF">
        <w:t xml:space="preserve"> </w:t>
      </w:r>
      <w:r w:rsidRPr="0049251F">
        <w:t>harms</w:t>
      </w:r>
      <w:r w:rsidR="00CB73EF">
        <w:t xml:space="preserve"> </w:t>
      </w:r>
      <w:r w:rsidRPr="0049251F">
        <w:t>you,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49251F">
        <w:t>Health</w:t>
      </w:r>
      <w:r w:rsidR="00CB73EF">
        <w:t xml:space="preserve"> </w:t>
      </w:r>
      <w:r w:rsidRPr="0049251F">
        <w:t>Board</w:t>
      </w:r>
      <w:r w:rsidR="00CB73EF">
        <w:t xml:space="preserve"> </w:t>
      </w:r>
      <w:r w:rsidR="006838D6" w:rsidRPr="0049251F">
        <w:t>must</w:t>
      </w:r>
      <w:r w:rsidR="00CB73EF">
        <w:t xml:space="preserve"> </w:t>
      </w:r>
      <w:r w:rsidR="006838D6" w:rsidRPr="0049251F">
        <w:t>support</w:t>
      </w:r>
      <w:r w:rsidR="00CB73EF">
        <w:t xml:space="preserve"> </w:t>
      </w:r>
      <w:r w:rsidR="006838D6" w:rsidRPr="0049251F">
        <w:t>you,</w:t>
      </w:r>
      <w:r w:rsidR="00CB73EF">
        <w:t xml:space="preserve"> </w:t>
      </w:r>
      <w:r w:rsidR="006838D6" w:rsidRPr="0049251F">
        <w:t>make</w:t>
      </w:r>
      <w:r w:rsidR="00CB73EF">
        <w:t xml:space="preserve"> </w:t>
      </w:r>
      <w:r w:rsidR="006838D6" w:rsidRPr="0049251F">
        <w:t>sure</w:t>
      </w:r>
      <w:r w:rsidR="00CB73EF">
        <w:t xml:space="preserve"> </w:t>
      </w:r>
      <w:r w:rsidR="006838D6" w:rsidRPr="0049251F">
        <w:t>you</w:t>
      </w:r>
      <w:r w:rsidR="00CB73EF">
        <w:t xml:space="preserve"> </w:t>
      </w:r>
      <w:r w:rsidR="006838D6" w:rsidRPr="0049251F">
        <w:t>are</w:t>
      </w:r>
      <w:r w:rsidR="00CB73EF">
        <w:t xml:space="preserve"> </w:t>
      </w:r>
      <w:r w:rsidR="006838D6" w:rsidRPr="0049251F">
        <w:t>safe</w:t>
      </w:r>
      <w:r w:rsidR="00CB73EF">
        <w:t xml:space="preserve"> </w:t>
      </w:r>
      <w:r w:rsidR="006838D6" w:rsidRPr="0049251F">
        <w:t>and</w:t>
      </w:r>
      <w:r w:rsidR="00CB73EF">
        <w:t xml:space="preserve"> </w:t>
      </w:r>
      <w:r w:rsidR="006838D6" w:rsidRPr="0049251F">
        <w:t>make</w:t>
      </w:r>
      <w:r w:rsidR="00CB73EF">
        <w:t xml:space="preserve"> </w:t>
      </w:r>
      <w:r w:rsidR="006838D6" w:rsidRPr="0049251F">
        <w:t>the</w:t>
      </w:r>
      <w:r w:rsidR="00CB73EF">
        <w:t xml:space="preserve"> </w:t>
      </w:r>
      <w:r w:rsidR="006838D6" w:rsidRPr="0049251F">
        <w:t>necessary</w:t>
      </w:r>
      <w:r w:rsidR="00CB73EF">
        <w:t xml:space="preserve"> </w:t>
      </w:r>
      <w:r w:rsidR="006838D6" w:rsidRPr="0049251F">
        <w:t>referrals</w:t>
      </w:r>
      <w:r w:rsidR="00CB73EF">
        <w:t xml:space="preserve"> </w:t>
      </w:r>
      <w:r w:rsidR="00725C25" w:rsidRPr="0049251F">
        <w:t>to</w:t>
      </w:r>
      <w:r w:rsidR="00CB73EF">
        <w:t xml:space="preserve"> </w:t>
      </w:r>
      <w:r w:rsidR="00725C25" w:rsidRPr="0049251F">
        <w:t>ensure</w:t>
      </w:r>
      <w:r w:rsidR="00CB73EF">
        <w:t xml:space="preserve"> </w:t>
      </w:r>
      <w:r w:rsidR="00725C25" w:rsidRPr="0049251F">
        <w:t>your</w:t>
      </w:r>
      <w:r w:rsidR="00CB73EF">
        <w:t xml:space="preserve"> </w:t>
      </w:r>
      <w:r w:rsidR="00725C25" w:rsidRPr="0049251F">
        <w:t>continued</w:t>
      </w:r>
      <w:r w:rsidR="00CB73EF">
        <w:t xml:space="preserve"> </w:t>
      </w:r>
      <w:r w:rsidR="00725C25" w:rsidRPr="0049251F">
        <w:t>safety</w:t>
      </w:r>
      <w:r w:rsidR="006838D6" w:rsidRPr="0049251F">
        <w:t>.</w:t>
      </w:r>
      <w:r w:rsidR="00CB73EF">
        <w:t xml:space="preserve">  </w:t>
      </w:r>
    </w:p>
    <w:p w14:paraId="22EFDE26" w14:textId="2899F60E" w:rsidR="00772E3E" w:rsidRPr="0049251F" w:rsidRDefault="005449AE" w:rsidP="006D0999">
      <w:pPr>
        <w:pStyle w:val="Heading2"/>
      </w:pPr>
      <w:r w:rsidRPr="0049251F">
        <w:t>If</w:t>
      </w:r>
      <w:r w:rsidR="00CB73EF">
        <w:t xml:space="preserve"> </w:t>
      </w:r>
      <w:r w:rsidR="00C51867">
        <w:t>my</w:t>
      </w:r>
      <w:r w:rsidR="00CB73EF">
        <w:t xml:space="preserve"> </w:t>
      </w:r>
      <w:r w:rsidR="00C51867">
        <w:t>needs</w:t>
      </w:r>
      <w:r w:rsidR="00CB73EF">
        <w:t xml:space="preserve"> </w:t>
      </w:r>
      <w:r w:rsidRPr="0049251F">
        <w:t>change</w:t>
      </w:r>
    </w:p>
    <w:p w14:paraId="2AEA944A" w14:textId="0E2E0456" w:rsidR="00C51867" w:rsidRDefault="00C51867" w:rsidP="00C51867">
      <w:r>
        <w:t>Tell</w:t>
      </w:r>
      <w:r w:rsidR="00CB73EF">
        <w:t xml:space="preserve"> </w:t>
      </w:r>
      <w:r>
        <w:t>the</w:t>
      </w:r>
      <w:r w:rsidR="00CB73EF">
        <w:t xml:space="preserve"> </w:t>
      </w:r>
      <w:r>
        <w:t>Health</w:t>
      </w:r>
      <w:r w:rsidR="00CB73EF">
        <w:t xml:space="preserve"> </w:t>
      </w:r>
      <w:r>
        <w:t>Board</w:t>
      </w:r>
      <w:r w:rsidR="00CB73EF">
        <w:t xml:space="preserve"> </w:t>
      </w:r>
      <w:r>
        <w:t>if</w:t>
      </w:r>
      <w:r w:rsidR="00CB73EF">
        <w:t xml:space="preserve"> </w:t>
      </w:r>
      <w:r>
        <w:t>your</w:t>
      </w:r>
      <w:r w:rsidR="00CB73EF">
        <w:t xml:space="preserve"> </w:t>
      </w:r>
      <w:r>
        <w:t>needs</w:t>
      </w:r>
      <w:r w:rsidR="00CB73EF">
        <w:t xml:space="preserve"> </w:t>
      </w:r>
      <w:r>
        <w:t>change.</w:t>
      </w:r>
      <w:r w:rsidR="00CB73EF">
        <w:t xml:space="preserve"> </w:t>
      </w:r>
    </w:p>
    <w:p w14:paraId="1E3735F7" w14:textId="556288B6" w:rsidR="00C51867" w:rsidRDefault="00C51867" w:rsidP="00C51867">
      <w:r>
        <w:t>Your</w:t>
      </w:r>
      <w:r w:rsidR="00CB73EF">
        <w:t xml:space="preserve"> </w:t>
      </w:r>
      <w:r>
        <w:t>care</w:t>
      </w:r>
      <w:r w:rsidR="00CB73EF">
        <w:t xml:space="preserve"> </w:t>
      </w:r>
      <w:r>
        <w:t>plan</w:t>
      </w:r>
      <w:r w:rsidR="00CB73EF">
        <w:t xml:space="preserve"> </w:t>
      </w:r>
      <w:r>
        <w:t>will</w:t>
      </w:r>
      <w:r w:rsidR="00CB73EF">
        <w:t xml:space="preserve"> </w:t>
      </w:r>
      <w:r>
        <w:t>be</w:t>
      </w:r>
      <w:r w:rsidR="00CB73EF">
        <w:t xml:space="preserve"> </w:t>
      </w:r>
      <w:r>
        <w:t>updated,</w:t>
      </w:r>
      <w:r w:rsidR="00CB73EF">
        <w:t xml:space="preserve"> </w:t>
      </w:r>
      <w:r>
        <w:t>and</w:t>
      </w:r>
      <w:r w:rsidR="00CB73EF">
        <w:t xml:space="preserve"> </w:t>
      </w:r>
      <w:r>
        <w:t>your</w:t>
      </w:r>
      <w:r w:rsidR="00CB73EF">
        <w:t xml:space="preserve"> </w:t>
      </w:r>
      <w:r>
        <w:t>Direct</w:t>
      </w:r>
      <w:r w:rsidR="00CB73EF">
        <w:t xml:space="preserve"> </w:t>
      </w:r>
      <w:r>
        <w:t>Payment</w:t>
      </w:r>
      <w:r w:rsidR="00CB73EF">
        <w:t xml:space="preserve"> </w:t>
      </w:r>
      <w:r>
        <w:t>may</w:t>
      </w:r>
      <w:r w:rsidR="00CB73EF">
        <w:t xml:space="preserve"> </w:t>
      </w:r>
      <w:r>
        <w:t>be</w:t>
      </w:r>
      <w:r w:rsidR="00CB73EF">
        <w:t xml:space="preserve"> </w:t>
      </w:r>
      <w:r>
        <w:t>increased,</w:t>
      </w:r>
      <w:r w:rsidR="00CB73EF">
        <w:t xml:space="preserve"> </w:t>
      </w:r>
      <w:r>
        <w:t>reduced,</w:t>
      </w:r>
      <w:r w:rsidR="00CB73EF">
        <w:t xml:space="preserve"> </w:t>
      </w:r>
      <w:r>
        <w:t>or</w:t>
      </w:r>
      <w:r w:rsidR="00CB73EF">
        <w:t xml:space="preserve"> </w:t>
      </w:r>
      <w:r>
        <w:t>changed</w:t>
      </w:r>
      <w:r w:rsidR="00CB73EF">
        <w:t xml:space="preserve"> </w:t>
      </w:r>
      <w:r>
        <w:t>so</w:t>
      </w:r>
      <w:r w:rsidR="00CB73EF">
        <w:t xml:space="preserve"> </w:t>
      </w:r>
      <w:r>
        <w:t>it</w:t>
      </w:r>
      <w:r w:rsidR="00CB73EF">
        <w:t xml:space="preserve"> </w:t>
      </w:r>
      <w:r>
        <w:t>continues</w:t>
      </w:r>
      <w:r w:rsidR="00CB73EF">
        <w:t xml:space="preserve"> </w:t>
      </w:r>
      <w:r>
        <w:t>to</w:t>
      </w:r>
      <w:r w:rsidR="00CB73EF">
        <w:t xml:space="preserve"> </w:t>
      </w:r>
      <w:r>
        <w:t>meet</w:t>
      </w:r>
      <w:r w:rsidR="00CB73EF">
        <w:t xml:space="preserve"> </w:t>
      </w:r>
      <w:r>
        <w:t>your</w:t>
      </w:r>
      <w:r w:rsidR="00CB73EF">
        <w:t xml:space="preserve"> </w:t>
      </w:r>
      <w:r>
        <w:t>needs</w:t>
      </w:r>
      <w:r w:rsidR="00CB73EF">
        <w:t xml:space="preserve"> </w:t>
      </w:r>
      <w:r>
        <w:t>safely.</w:t>
      </w:r>
    </w:p>
    <w:p w14:paraId="46840A94" w14:textId="79B640B9" w:rsidR="00772E3E" w:rsidRDefault="005449AE" w:rsidP="0049251F">
      <w:r w:rsidRPr="0049251F">
        <w:t>If</w:t>
      </w:r>
      <w:r w:rsidR="00CB73EF">
        <w:t xml:space="preserve"> </w:t>
      </w:r>
      <w:r w:rsidRPr="0049251F">
        <w:t>you</w:t>
      </w:r>
      <w:r w:rsidR="00CB73EF">
        <w:t xml:space="preserve"> </w:t>
      </w:r>
      <w:r w:rsidRPr="0049251F">
        <w:t>go</w:t>
      </w:r>
      <w:r w:rsidR="00CB73EF">
        <w:t xml:space="preserve"> </w:t>
      </w:r>
      <w:r w:rsidRPr="0049251F">
        <w:t>into</w:t>
      </w:r>
      <w:r w:rsidR="00CB73EF">
        <w:t xml:space="preserve"> </w:t>
      </w:r>
      <w:r w:rsidRPr="0049251F">
        <w:t>hospital,</w:t>
      </w:r>
      <w:r w:rsidR="00CB73EF">
        <w:t xml:space="preserve"> </w:t>
      </w:r>
      <w:r w:rsidRPr="0049251F">
        <w:t>your</w:t>
      </w:r>
      <w:r w:rsidR="00CB73EF">
        <w:t xml:space="preserve"> </w:t>
      </w:r>
      <w:r w:rsidRPr="0049251F">
        <w:t>Direct</w:t>
      </w:r>
      <w:r w:rsidR="00CB73EF">
        <w:t xml:space="preserve"> </w:t>
      </w:r>
      <w:r w:rsidRPr="0049251F">
        <w:t>Payment</w:t>
      </w:r>
      <w:r w:rsidR="00CB73EF">
        <w:t xml:space="preserve"> </w:t>
      </w:r>
      <w:r w:rsidRPr="0049251F">
        <w:t>does</w:t>
      </w:r>
      <w:r w:rsidR="00CB73EF">
        <w:t xml:space="preserve"> </w:t>
      </w:r>
      <w:r w:rsidRPr="0049251F">
        <w:t>not</w:t>
      </w:r>
      <w:r w:rsidR="00CB73EF">
        <w:t xml:space="preserve"> </w:t>
      </w:r>
      <w:r w:rsidRPr="0049251F">
        <w:t>automatically</w:t>
      </w:r>
      <w:r w:rsidR="00CB73EF">
        <w:t xml:space="preserve"> </w:t>
      </w:r>
      <w:r w:rsidRPr="0049251F">
        <w:t>stop</w:t>
      </w:r>
      <w:r w:rsidR="00C51867">
        <w:t>.</w:t>
      </w:r>
      <w:r w:rsidR="00CB73EF">
        <w:t xml:space="preserve"> </w:t>
      </w:r>
      <w:r w:rsidR="00C51867">
        <w:t>Y</w:t>
      </w:r>
      <w:r w:rsidR="00186F36" w:rsidRPr="0049251F">
        <w:t>ou</w:t>
      </w:r>
      <w:r w:rsidR="00CB73EF">
        <w:t xml:space="preserve"> </w:t>
      </w:r>
      <w:r w:rsidR="00186F36" w:rsidRPr="0049251F">
        <w:t>will</w:t>
      </w:r>
      <w:r w:rsidR="00CB73EF">
        <w:t xml:space="preserve"> </w:t>
      </w:r>
      <w:r w:rsidR="00186F36" w:rsidRPr="0049251F">
        <w:t>need</w:t>
      </w:r>
      <w:r w:rsidR="00CB73EF">
        <w:t xml:space="preserve"> </w:t>
      </w:r>
      <w:r w:rsidR="00186F36" w:rsidRPr="0049251F">
        <w:t>to</w:t>
      </w:r>
      <w:r w:rsidR="00CB73EF">
        <w:t xml:space="preserve"> </w:t>
      </w:r>
      <w:r w:rsidR="00186F36" w:rsidRPr="0049251F">
        <w:t>inform</w:t>
      </w:r>
      <w:r w:rsidR="00CB73EF">
        <w:t xml:space="preserve"> </w:t>
      </w:r>
      <w:r w:rsidR="00186F36" w:rsidRPr="0049251F">
        <w:t>your</w:t>
      </w:r>
      <w:r w:rsidR="00CB73EF">
        <w:t xml:space="preserve"> </w:t>
      </w:r>
      <w:r w:rsidR="00C51867">
        <w:t>Continuing</w:t>
      </w:r>
      <w:r w:rsidR="00CB73EF">
        <w:t xml:space="preserve"> </w:t>
      </w:r>
      <w:r w:rsidR="00C51867">
        <w:t>NHS</w:t>
      </w:r>
      <w:r w:rsidR="00CB73EF">
        <w:t xml:space="preserve"> </w:t>
      </w:r>
      <w:r w:rsidR="00C51867">
        <w:t>Healthcare</w:t>
      </w:r>
      <w:r w:rsidR="00CB73EF">
        <w:t xml:space="preserve"> </w:t>
      </w:r>
      <w:r w:rsidR="00C51867">
        <w:t>Care</w:t>
      </w:r>
      <w:r w:rsidR="00CB73EF">
        <w:t xml:space="preserve"> </w:t>
      </w:r>
      <w:r w:rsidR="00843249" w:rsidRPr="0049251F">
        <w:t>Coordinator</w:t>
      </w:r>
      <w:r w:rsidR="00C51867">
        <w:t>.</w:t>
      </w:r>
      <w:r w:rsidR="00CB73EF">
        <w:t xml:space="preserve"> </w:t>
      </w:r>
      <w:r w:rsidR="00C51867">
        <w:t>They</w:t>
      </w:r>
      <w:r w:rsidR="00CB73EF">
        <w:t xml:space="preserve"> </w:t>
      </w:r>
      <w:r w:rsidR="00C51867">
        <w:t>will</w:t>
      </w:r>
      <w:r w:rsidR="00CB73EF">
        <w:t xml:space="preserve"> </w:t>
      </w:r>
      <w:r w:rsidR="00186F36" w:rsidRPr="0049251F">
        <w:t>advise</w:t>
      </w:r>
      <w:r w:rsidR="00CB73EF">
        <w:t xml:space="preserve"> </w:t>
      </w:r>
      <w:r w:rsidR="00186F36" w:rsidRPr="0049251F">
        <w:t>you.</w:t>
      </w:r>
    </w:p>
    <w:p w14:paraId="6C71A4A3" w14:textId="4B7A9323" w:rsidR="00C51867" w:rsidRDefault="00C51867" w:rsidP="006D0999">
      <w:pPr>
        <w:pStyle w:val="Heading2"/>
      </w:pPr>
      <w:r>
        <w:lastRenderedPageBreak/>
        <w:t>Can</w:t>
      </w:r>
      <w:r w:rsidR="00CB73EF">
        <w:t xml:space="preserve"> </w:t>
      </w:r>
      <w:r>
        <w:t>my</w:t>
      </w:r>
      <w:r w:rsidR="00CB73EF">
        <w:t xml:space="preserve"> </w:t>
      </w:r>
      <w:r>
        <w:t>Direct</w:t>
      </w:r>
      <w:r w:rsidR="00CB73EF">
        <w:t xml:space="preserve"> </w:t>
      </w:r>
      <w:r>
        <w:t>Payments</w:t>
      </w:r>
      <w:r w:rsidR="00CB73EF">
        <w:t xml:space="preserve"> </w:t>
      </w:r>
      <w:r>
        <w:t>be</w:t>
      </w:r>
      <w:r w:rsidR="00CB73EF">
        <w:t xml:space="preserve"> </w:t>
      </w:r>
      <w:r>
        <w:t>stopped?</w:t>
      </w:r>
    </w:p>
    <w:p w14:paraId="7CC717C2" w14:textId="5A27DB73" w:rsidR="00C51867" w:rsidRDefault="00C51867" w:rsidP="00C51867">
      <w:r>
        <w:t>Direct</w:t>
      </w:r>
      <w:r w:rsidR="00CB73EF">
        <w:t xml:space="preserve"> </w:t>
      </w:r>
      <w:r>
        <w:t>Payments</w:t>
      </w:r>
      <w:r w:rsidR="00CB73EF">
        <w:t xml:space="preserve"> </w:t>
      </w:r>
      <w:r>
        <w:t>can</w:t>
      </w:r>
      <w:r w:rsidR="00CB73EF">
        <w:t xml:space="preserve"> </w:t>
      </w:r>
      <w:r>
        <w:t>be</w:t>
      </w:r>
      <w:r w:rsidR="00CB73EF">
        <w:t xml:space="preserve"> </w:t>
      </w:r>
      <w:r>
        <w:t>stopped</w:t>
      </w:r>
      <w:r w:rsidR="00CB73EF">
        <w:t xml:space="preserve"> </w:t>
      </w:r>
      <w:r>
        <w:t>if:</w:t>
      </w:r>
    </w:p>
    <w:p w14:paraId="558CE7BD" w14:textId="76B76C0D" w:rsidR="00C51867" w:rsidRDefault="00C51867" w:rsidP="00C51867">
      <w:pPr>
        <w:pStyle w:val="ListParagraph"/>
      </w:pPr>
      <w:r>
        <w:t>You</w:t>
      </w:r>
      <w:r w:rsidR="00CB73EF">
        <w:t xml:space="preserve"> </w:t>
      </w:r>
      <w:r>
        <w:t>choose</w:t>
      </w:r>
      <w:r w:rsidR="00CB73EF">
        <w:t xml:space="preserve"> </w:t>
      </w:r>
      <w:r>
        <w:t>to</w:t>
      </w:r>
      <w:r w:rsidR="00CB73EF">
        <w:t xml:space="preserve"> </w:t>
      </w:r>
      <w:r>
        <w:t>stop</w:t>
      </w:r>
      <w:r w:rsidR="004B6226">
        <w:t>.</w:t>
      </w:r>
    </w:p>
    <w:p w14:paraId="240AF5AB" w14:textId="6D9ED0EF" w:rsidR="00C51867" w:rsidRDefault="00C51867" w:rsidP="00C51867">
      <w:pPr>
        <w:pStyle w:val="ListParagraph"/>
      </w:pPr>
      <w:r>
        <w:t>You</w:t>
      </w:r>
      <w:r w:rsidR="00CB73EF">
        <w:t xml:space="preserve"> </w:t>
      </w:r>
      <w:r>
        <w:t>no</w:t>
      </w:r>
      <w:r w:rsidR="00CB73EF">
        <w:t xml:space="preserve"> </w:t>
      </w:r>
      <w:r>
        <w:t>longer</w:t>
      </w:r>
      <w:r w:rsidR="00CB73EF">
        <w:t xml:space="preserve"> </w:t>
      </w:r>
      <w:r>
        <w:t>need</w:t>
      </w:r>
      <w:r w:rsidR="00CB73EF">
        <w:t xml:space="preserve"> </w:t>
      </w:r>
      <w:r>
        <w:t>the</w:t>
      </w:r>
      <w:r w:rsidR="00CB73EF">
        <w:t xml:space="preserve"> </w:t>
      </w:r>
      <w:r>
        <w:t>care</w:t>
      </w:r>
      <w:r w:rsidR="004B6226">
        <w:t>.</w:t>
      </w:r>
    </w:p>
    <w:p w14:paraId="5BAB8BE7" w14:textId="5F47E132" w:rsidR="00C51867" w:rsidRDefault="00C51867" w:rsidP="00C51867">
      <w:pPr>
        <w:pStyle w:val="ListParagraph"/>
      </w:pPr>
      <w:r>
        <w:t>It</w:t>
      </w:r>
      <w:r w:rsidR="00CB73EF">
        <w:t xml:space="preserve"> </w:t>
      </w:r>
      <w:r>
        <w:t>is</w:t>
      </w:r>
      <w:r w:rsidR="00CB73EF">
        <w:t xml:space="preserve"> </w:t>
      </w:r>
      <w:r>
        <w:t>not</w:t>
      </w:r>
      <w:r w:rsidR="00CB73EF">
        <w:t xml:space="preserve"> </w:t>
      </w:r>
      <w:r>
        <w:t>being</w:t>
      </w:r>
      <w:r w:rsidR="00CB73EF">
        <w:t xml:space="preserve"> </w:t>
      </w:r>
      <w:r>
        <w:t>used</w:t>
      </w:r>
      <w:r w:rsidR="00CB73EF">
        <w:t xml:space="preserve"> </w:t>
      </w:r>
      <w:r>
        <w:t>as</w:t>
      </w:r>
      <w:r w:rsidR="00CB73EF">
        <w:t xml:space="preserve"> </w:t>
      </w:r>
      <w:r>
        <w:t>agreed</w:t>
      </w:r>
      <w:r w:rsidR="004B6226">
        <w:t>.</w:t>
      </w:r>
    </w:p>
    <w:p w14:paraId="5B72815F" w14:textId="3831884C" w:rsidR="00C51867" w:rsidRDefault="00C51867" w:rsidP="00C51867">
      <w:pPr>
        <w:pStyle w:val="ListParagraph"/>
      </w:pPr>
      <w:r>
        <w:t>There</w:t>
      </w:r>
      <w:r w:rsidR="00CB73EF">
        <w:t xml:space="preserve"> </w:t>
      </w:r>
      <w:r>
        <w:t>are</w:t>
      </w:r>
      <w:r w:rsidR="00CB73EF">
        <w:t xml:space="preserve"> </w:t>
      </w:r>
      <w:r>
        <w:t>safety</w:t>
      </w:r>
      <w:r w:rsidR="00CB73EF">
        <w:t xml:space="preserve"> </w:t>
      </w:r>
      <w:r>
        <w:t>concerns,</w:t>
      </w:r>
      <w:r w:rsidR="00CB73EF">
        <w:t xml:space="preserve"> </w:t>
      </w:r>
      <w:r>
        <w:t>for</w:t>
      </w:r>
      <w:r w:rsidR="00CB73EF">
        <w:t xml:space="preserve"> </w:t>
      </w:r>
      <w:r>
        <w:t>example</w:t>
      </w:r>
      <w:r w:rsidR="00CB73EF">
        <w:t xml:space="preserve"> </w:t>
      </w:r>
      <w:r>
        <w:t>the</w:t>
      </w:r>
      <w:r w:rsidR="00CB73EF">
        <w:t xml:space="preserve"> </w:t>
      </w:r>
      <w:r>
        <w:t>care</w:t>
      </w:r>
      <w:r w:rsidR="00CB73EF">
        <w:t xml:space="preserve"> </w:t>
      </w:r>
      <w:r>
        <w:t>package</w:t>
      </w:r>
      <w:r w:rsidR="00CB73EF">
        <w:t xml:space="preserve"> </w:t>
      </w:r>
      <w:r>
        <w:t>is</w:t>
      </w:r>
      <w:r w:rsidR="00CB73EF">
        <w:t xml:space="preserve"> </w:t>
      </w:r>
      <w:r>
        <w:t>no</w:t>
      </w:r>
      <w:r w:rsidR="00CB73EF">
        <w:t xml:space="preserve"> </w:t>
      </w:r>
      <w:r>
        <w:t>longer</w:t>
      </w:r>
      <w:r w:rsidR="00CB73EF">
        <w:t xml:space="preserve"> </w:t>
      </w:r>
      <w:r>
        <w:t>sustainable.</w:t>
      </w:r>
    </w:p>
    <w:p w14:paraId="10537E9C" w14:textId="73CF9AFF" w:rsidR="00C51867" w:rsidRDefault="00C51867" w:rsidP="00C51867">
      <w:pPr>
        <w:pStyle w:val="ListParagraph"/>
      </w:pPr>
      <w:r>
        <w:t>Fraud</w:t>
      </w:r>
      <w:r w:rsidR="00CB73EF">
        <w:t xml:space="preserve"> </w:t>
      </w:r>
      <w:r>
        <w:t>has</w:t>
      </w:r>
      <w:r w:rsidR="00CB73EF">
        <w:t xml:space="preserve"> </w:t>
      </w:r>
      <w:r>
        <w:t>ta</w:t>
      </w:r>
      <w:r w:rsidR="004B6226">
        <w:t>k</w:t>
      </w:r>
      <w:r>
        <w:t>en</w:t>
      </w:r>
      <w:r w:rsidR="00CB73EF">
        <w:t xml:space="preserve"> </w:t>
      </w:r>
      <w:r>
        <w:t>place</w:t>
      </w:r>
      <w:r w:rsidR="004B6226">
        <w:t>.</w:t>
      </w:r>
    </w:p>
    <w:p w14:paraId="70054399" w14:textId="55E5354A" w:rsidR="00C51867" w:rsidRPr="0049251F" w:rsidRDefault="00C51867" w:rsidP="00C51867">
      <w:r>
        <w:t>You</w:t>
      </w:r>
      <w:r w:rsidR="00CB73EF">
        <w:t xml:space="preserve"> </w:t>
      </w:r>
      <w:r>
        <w:t>must</w:t>
      </w:r>
      <w:r w:rsidR="00CB73EF">
        <w:t xml:space="preserve"> </w:t>
      </w:r>
      <w:r>
        <w:t>be</w:t>
      </w:r>
      <w:r w:rsidR="00CB73EF">
        <w:t xml:space="preserve"> </w:t>
      </w:r>
      <w:r>
        <w:t>given</w:t>
      </w:r>
      <w:r w:rsidR="00CB73EF">
        <w:t xml:space="preserve"> </w:t>
      </w:r>
      <w:r>
        <w:t>reasons</w:t>
      </w:r>
      <w:r w:rsidR="00CB73EF">
        <w:t xml:space="preserve"> </w:t>
      </w:r>
      <w:r>
        <w:t>in</w:t>
      </w:r>
      <w:r w:rsidR="00CB73EF">
        <w:t xml:space="preserve"> </w:t>
      </w:r>
      <w:r>
        <w:t>writing.</w:t>
      </w:r>
    </w:p>
    <w:p w14:paraId="7856E7C1" w14:textId="36B47F4F" w:rsidR="00772E3E" w:rsidRPr="0049251F" w:rsidRDefault="005449AE" w:rsidP="006D0999">
      <w:pPr>
        <w:pStyle w:val="Heading2"/>
      </w:pPr>
      <w:r w:rsidRPr="0049251F">
        <w:t>Your</w:t>
      </w:r>
      <w:r w:rsidR="00CB73EF">
        <w:t xml:space="preserve"> </w:t>
      </w:r>
      <w:r w:rsidRPr="0049251F">
        <w:t>rights</w:t>
      </w:r>
    </w:p>
    <w:p w14:paraId="30027186" w14:textId="2698A2ED" w:rsidR="00772E3E" w:rsidRDefault="005449AE" w:rsidP="0049251F">
      <w:r w:rsidRPr="0049251F">
        <w:t>You</w:t>
      </w:r>
      <w:r w:rsidR="00CB73EF">
        <w:t xml:space="preserve"> </w:t>
      </w:r>
      <w:r w:rsidRPr="0049251F">
        <w:t>can</w:t>
      </w:r>
      <w:r w:rsidR="00CB73EF">
        <w:t xml:space="preserve"> </w:t>
      </w:r>
      <w:r w:rsidRPr="0049251F">
        <w:t>ask</w:t>
      </w:r>
      <w:r w:rsidR="00CB73EF">
        <w:t xml:space="preserve"> </w:t>
      </w:r>
      <w:r w:rsidR="00C51867">
        <w:t>your</w:t>
      </w:r>
      <w:r w:rsidR="00CB73EF">
        <w:t xml:space="preserve"> </w:t>
      </w:r>
      <w:r w:rsidR="00C51867">
        <w:t>local</w:t>
      </w:r>
      <w:r w:rsidR="00CB73EF">
        <w:t xml:space="preserve"> </w:t>
      </w:r>
      <w:r w:rsidRPr="0049251F">
        <w:t>Health</w:t>
      </w:r>
      <w:r w:rsidR="00CB73EF">
        <w:t xml:space="preserve"> </w:t>
      </w:r>
      <w:r w:rsidRPr="0049251F">
        <w:t>Board</w:t>
      </w:r>
      <w:r w:rsidR="00CB73EF">
        <w:t xml:space="preserve"> </w:t>
      </w:r>
      <w:r w:rsidRPr="0049251F">
        <w:t>to</w:t>
      </w:r>
      <w:r w:rsidR="00CB73EF">
        <w:t xml:space="preserve"> </w:t>
      </w:r>
      <w:r w:rsidRPr="0049251F">
        <w:t>look</w:t>
      </w:r>
      <w:r w:rsidR="00CB73EF">
        <w:t xml:space="preserve"> </w:t>
      </w:r>
      <w:r w:rsidRPr="0049251F">
        <w:t>again</w:t>
      </w:r>
      <w:r w:rsidR="00CB73EF">
        <w:t xml:space="preserve"> </w:t>
      </w:r>
      <w:r w:rsidRPr="0049251F">
        <w:t>at</w:t>
      </w:r>
      <w:r w:rsidR="00CB73EF">
        <w:t xml:space="preserve"> </w:t>
      </w:r>
      <w:r w:rsidRPr="0049251F">
        <w:t>decisions</w:t>
      </w:r>
      <w:r w:rsidR="00CB73EF">
        <w:t xml:space="preserve"> </w:t>
      </w:r>
      <w:r w:rsidR="0030173E" w:rsidRPr="0049251F">
        <w:t>you</w:t>
      </w:r>
      <w:r w:rsidR="00CB73EF">
        <w:t xml:space="preserve"> </w:t>
      </w:r>
      <w:r w:rsidR="0030173E" w:rsidRPr="0049251F">
        <w:t>disagree</w:t>
      </w:r>
      <w:r w:rsidR="00CB73EF">
        <w:t xml:space="preserve"> </w:t>
      </w:r>
      <w:r w:rsidR="001F5F6C" w:rsidRPr="0049251F">
        <w:t>with.</w:t>
      </w:r>
      <w:r w:rsidR="00CB73EF">
        <w:t xml:space="preserve">  </w:t>
      </w:r>
      <w:r w:rsidRPr="0049251F">
        <w:t>This</w:t>
      </w:r>
      <w:r w:rsidR="00CB73EF">
        <w:t xml:space="preserve"> </w:t>
      </w:r>
      <w:r w:rsidRPr="0049251F">
        <w:t>is</w:t>
      </w:r>
      <w:r w:rsidR="00CB73EF">
        <w:t xml:space="preserve"> </w:t>
      </w:r>
      <w:r w:rsidR="005270B9" w:rsidRPr="0049251F">
        <w:t>called</w:t>
      </w:r>
      <w:r w:rsidR="00CB73EF">
        <w:t xml:space="preserve"> </w:t>
      </w:r>
      <w:r w:rsidR="00843249" w:rsidRPr="0049251F">
        <w:t>reconsideration</w:t>
      </w:r>
      <w:r w:rsidRPr="0049251F">
        <w:t>.</w:t>
      </w:r>
    </w:p>
    <w:p w14:paraId="23CAA191" w14:textId="097FE432" w:rsidR="00C51867" w:rsidRPr="0049251F" w:rsidRDefault="00C51867" w:rsidP="0049251F">
      <w:r>
        <w:t>If</w:t>
      </w:r>
      <w:r w:rsidR="00CB73EF">
        <w:t xml:space="preserve"> </w:t>
      </w:r>
      <w:r>
        <w:t>you</w:t>
      </w:r>
      <w:r w:rsidR="00CB73EF">
        <w:t xml:space="preserve"> </w:t>
      </w:r>
      <w:r>
        <w:t>are</w:t>
      </w:r>
      <w:r w:rsidR="00CB73EF">
        <w:t xml:space="preserve"> </w:t>
      </w:r>
      <w:r>
        <w:t>not</w:t>
      </w:r>
      <w:r w:rsidR="00CB73EF">
        <w:t xml:space="preserve"> </w:t>
      </w:r>
      <w:r>
        <w:t>happy</w:t>
      </w:r>
      <w:r w:rsidR="00CB73EF">
        <w:t xml:space="preserve"> </w:t>
      </w:r>
      <w:r>
        <w:t>you</w:t>
      </w:r>
      <w:r w:rsidR="00CB73EF">
        <w:t xml:space="preserve"> </w:t>
      </w:r>
      <w:r>
        <w:t>can:</w:t>
      </w:r>
    </w:p>
    <w:p w14:paraId="68C9DBAC" w14:textId="71C7420D" w:rsidR="00772E3E" w:rsidRPr="0049251F" w:rsidRDefault="00C51867" w:rsidP="00C51867">
      <w:pPr>
        <w:pStyle w:val="ListParagraph"/>
        <w:numPr>
          <w:ilvl w:val="0"/>
          <w:numId w:val="23"/>
        </w:numPr>
      </w:pPr>
      <w:r>
        <w:t>Contact</w:t>
      </w:r>
      <w:r w:rsidR="00CB73EF">
        <w:t xml:space="preserve"> </w:t>
      </w:r>
      <w:r>
        <w:t>your</w:t>
      </w:r>
      <w:r w:rsidR="00CB73EF">
        <w:t xml:space="preserve"> </w:t>
      </w:r>
      <w:r>
        <w:t>local</w:t>
      </w:r>
      <w:r w:rsidR="00CB73EF">
        <w:t xml:space="preserve"> </w:t>
      </w:r>
      <w:r>
        <w:t>Health</w:t>
      </w:r>
      <w:r w:rsidR="00CB73EF">
        <w:t xml:space="preserve"> </w:t>
      </w:r>
      <w:r>
        <w:t>Board</w:t>
      </w:r>
      <w:r w:rsidR="00CB73EF">
        <w:t xml:space="preserve"> </w:t>
      </w:r>
      <w:r>
        <w:t>to</w:t>
      </w:r>
      <w:r w:rsidR="00CB73EF">
        <w:t xml:space="preserve"> </w:t>
      </w:r>
      <w:r w:rsidR="005449AE" w:rsidRPr="0049251F">
        <w:t>make</w:t>
      </w:r>
      <w:r w:rsidR="00CB73EF">
        <w:t xml:space="preserve"> </w:t>
      </w:r>
      <w:r w:rsidR="005449AE" w:rsidRPr="0049251F">
        <w:t>a</w:t>
      </w:r>
      <w:r w:rsidR="00CB73EF">
        <w:t xml:space="preserve"> </w:t>
      </w:r>
      <w:r w:rsidR="005449AE" w:rsidRPr="0049251F">
        <w:t>complaint.</w:t>
      </w:r>
    </w:p>
    <w:p w14:paraId="22FD45F4" w14:textId="18E49BE3" w:rsidR="00772E3E" w:rsidRPr="0049251F" w:rsidRDefault="00C51867" w:rsidP="00C51867">
      <w:pPr>
        <w:pStyle w:val="ListParagraph"/>
        <w:numPr>
          <w:ilvl w:val="0"/>
          <w:numId w:val="23"/>
        </w:numPr>
      </w:pPr>
      <w:r>
        <w:t>Get</w:t>
      </w:r>
      <w:r w:rsidR="00CB73EF">
        <w:t xml:space="preserve"> </w:t>
      </w:r>
      <w:r>
        <w:t>free</w:t>
      </w:r>
      <w:r w:rsidR="00CB73EF">
        <w:t xml:space="preserve"> </w:t>
      </w:r>
      <w:r>
        <w:t>help</w:t>
      </w:r>
      <w:r w:rsidR="00CB73EF">
        <w:t xml:space="preserve"> </w:t>
      </w:r>
      <w:r>
        <w:t>from</w:t>
      </w:r>
      <w:r w:rsidR="00CB73EF">
        <w:t xml:space="preserve"> </w:t>
      </w:r>
      <w:r>
        <w:t>Llais,</w:t>
      </w:r>
      <w:r w:rsidR="00CB73EF">
        <w:t xml:space="preserve"> </w:t>
      </w:r>
      <w:r w:rsidR="005270B9" w:rsidRPr="0049251F">
        <w:t>who</w:t>
      </w:r>
      <w:r w:rsidR="00CB73EF">
        <w:t xml:space="preserve"> </w:t>
      </w:r>
      <w:r w:rsidR="005270B9" w:rsidRPr="0049251F">
        <w:t>can</w:t>
      </w:r>
      <w:r w:rsidR="00CB73EF">
        <w:t xml:space="preserve"> </w:t>
      </w:r>
      <w:r w:rsidR="005270B9" w:rsidRPr="0049251F">
        <w:t>help</w:t>
      </w:r>
      <w:r w:rsidR="00CB73EF">
        <w:t xml:space="preserve"> </w:t>
      </w:r>
      <w:r w:rsidR="005270B9" w:rsidRPr="0049251F">
        <w:t>you</w:t>
      </w:r>
      <w:r w:rsidR="00CB73EF">
        <w:t xml:space="preserve"> </w:t>
      </w:r>
      <w:r w:rsidR="005F5555" w:rsidRPr="0049251F">
        <w:t>with</w:t>
      </w:r>
      <w:r w:rsidR="00CB73EF">
        <w:t xml:space="preserve"> </w:t>
      </w:r>
      <w:r w:rsidR="005F5555" w:rsidRPr="0049251F">
        <w:t>concerns</w:t>
      </w:r>
      <w:r w:rsidR="00CB73EF">
        <w:t xml:space="preserve"> </w:t>
      </w:r>
      <w:r w:rsidR="005F5555" w:rsidRPr="0049251F">
        <w:t>about</w:t>
      </w:r>
      <w:r w:rsidR="00CB73EF">
        <w:t xml:space="preserve"> </w:t>
      </w:r>
      <w:r w:rsidR="005F5555" w:rsidRPr="0049251F">
        <w:t>health</w:t>
      </w:r>
      <w:r w:rsidR="00CB73EF">
        <w:t xml:space="preserve"> </w:t>
      </w:r>
      <w:r w:rsidR="005F5555" w:rsidRPr="0049251F">
        <w:t>services</w:t>
      </w:r>
      <w:r w:rsidR="005449AE" w:rsidRPr="0049251F">
        <w:t>.</w:t>
      </w:r>
    </w:p>
    <w:p w14:paraId="3F8CE706" w14:textId="6D62C5B8" w:rsidR="00772E3E" w:rsidRPr="0049251F" w:rsidRDefault="00C51867" w:rsidP="0049251F">
      <w:r>
        <w:t>I</w:t>
      </w:r>
      <w:r w:rsidRPr="00C51867">
        <w:t>f</w:t>
      </w:r>
      <w:r w:rsidR="00CB73EF">
        <w:t xml:space="preserve"> </w:t>
      </w:r>
      <w:r w:rsidRPr="00C51867">
        <w:t>you</w:t>
      </w:r>
      <w:r w:rsidR="00CB73EF">
        <w:t xml:space="preserve"> </w:t>
      </w:r>
      <w:r w:rsidRPr="00C51867">
        <w:t>are</w:t>
      </w:r>
      <w:r w:rsidR="00CB73EF">
        <w:t xml:space="preserve"> </w:t>
      </w:r>
      <w:r w:rsidRPr="00C51867">
        <w:t>still</w:t>
      </w:r>
      <w:r w:rsidR="00CB73EF">
        <w:t xml:space="preserve"> </w:t>
      </w:r>
      <w:r w:rsidRPr="00C51867">
        <w:t>unhappy</w:t>
      </w:r>
      <w:r w:rsidR="00CB73EF">
        <w:t xml:space="preserve"> </w:t>
      </w:r>
      <w:r w:rsidRPr="00C51867">
        <w:t>you</w:t>
      </w:r>
      <w:r w:rsidR="00CB73EF">
        <w:t xml:space="preserve"> </w:t>
      </w:r>
      <w:r w:rsidRPr="00C51867">
        <w:t>can</w:t>
      </w:r>
      <w:r w:rsidR="00CB73EF">
        <w:t xml:space="preserve"> </w:t>
      </w:r>
      <w:r w:rsidRPr="00C51867">
        <w:t>contact</w:t>
      </w:r>
      <w:r w:rsidR="00CB73EF">
        <w:t xml:space="preserve"> </w:t>
      </w:r>
      <w:r w:rsidRPr="00C51867">
        <w:t>the</w:t>
      </w:r>
      <w:r w:rsidR="00CB73EF">
        <w:t xml:space="preserve"> </w:t>
      </w:r>
      <w:r w:rsidRPr="00C51867">
        <w:t>Public</w:t>
      </w:r>
      <w:r w:rsidR="00CB73EF">
        <w:t xml:space="preserve"> </w:t>
      </w:r>
      <w:r w:rsidRPr="00C51867">
        <w:t>Services</w:t>
      </w:r>
      <w:r w:rsidR="00CB73EF">
        <w:t xml:space="preserve"> </w:t>
      </w:r>
      <w:r w:rsidRPr="00C51867">
        <w:t>Ombudsman</w:t>
      </w:r>
      <w:r w:rsidR="00CB73EF">
        <w:t xml:space="preserve"> </w:t>
      </w:r>
      <w:r w:rsidRPr="00C51867">
        <w:t>for</w:t>
      </w:r>
      <w:r w:rsidR="00CB73EF">
        <w:t xml:space="preserve"> </w:t>
      </w:r>
      <w:r w:rsidRPr="00C51867">
        <w:t>Wales.</w:t>
      </w:r>
    </w:p>
    <w:p w14:paraId="1B879D76" w14:textId="435D22FE" w:rsidR="00772E3E" w:rsidRPr="0049251F" w:rsidRDefault="005449AE" w:rsidP="006D0999">
      <w:pPr>
        <w:pStyle w:val="Heading2"/>
      </w:pPr>
      <w:r w:rsidRPr="0049251F">
        <w:t>Your</w:t>
      </w:r>
      <w:r w:rsidR="00CB73EF">
        <w:t xml:space="preserve"> </w:t>
      </w:r>
      <w:r w:rsidRPr="0049251F">
        <w:t>information</w:t>
      </w:r>
    </w:p>
    <w:p w14:paraId="3CB067E6" w14:textId="00D210C4" w:rsidR="00772E3E" w:rsidRPr="0049251F" w:rsidRDefault="00C51867" w:rsidP="0049251F">
      <w:r>
        <w:t>Your</w:t>
      </w:r>
      <w:r w:rsidR="00CB73EF">
        <w:t xml:space="preserve"> </w:t>
      </w:r>
      <w:r>
        <w:t>local</w:t>
      </w:r>
      <w:r w:rsidR="00CB73EF">
        <w:t xml:space="preserve"> </w:t>
      </w:r>
      <w:r w:rsidR="005449AE" w:rsidRPr="0049251F">
        <w:t>Health</w:t>
      </w:r>
      <w:r w:rsidR="00CB73EF">
        <w:t xml:space="preserve"> </w:t>
      </w:r>
      <w:r w:rsidR="005449AE" w:rsidRPr="0049251F">
        <w:t>Board</w:t>
      </w:r>
      <w:r w:rsidR="00CB73EF">
        <w:t xml:space="preserve"> </w:t>
      </w:r>
      <w:r w:rsidR="005270B9" w:rsidRPr="0049251F">
        <w:t>and</w:t>
      </w:r>
      <w:r w:rsidR="00CB73EF">
        <w:t xml:space="preserve"> </w:t>
      </w:r>
      <w:r w:rsidR="005270B9" w:rsidRPr="0049251F">
        <w:t>Local</w:t>
      </w:r>
      <w:r w:rsidR="00CB73EF">
        <w:t xml:space="preserve"> </w:t>
      </w:r>
      <w:r w:rsidR="00843249" w:rsidRPr="0049251F">
        <w:t>Authority</w:t>
      </w:r>
      <w:r w:rsidR="00CB73EF">
        <w:t xml:space="preserve"> </w:t>
      </w:r>
      <w:r w:rsidR="00843249" w:rsidRPr="0049251F">
        <w:t>must</w:t>
      </w:r>
      <w:r w:rsidR="00CB73EF">
        <w:t xml:space="preserve"> </w:t>
      </w:r>
      <w:r w:rsidR="005270B9" w:rsidRPr="0049251F">
        <w:t>ensure</w:t>
      </w:r>
      <w:r w:rsidR="00CB73EF">
        <w:t xml:space="preserve"> </w:t>
      </w:r>
      <w:r w:rsidR="005449AE" w:rsidRPr="0049251F">
        <w:t>your</w:t>
      </w:r>
      <w:r w:rsidR="00CB73EF">
        <w:t xml:space="preserve"> </w:t>
      </w:r>
      <w:r w:rsidR="005449AE" w:rsidRPr="0049251F">
        <w:t>information</w:t>
      </w:r>
      <w:r w:rsidR="00CB73EF">
        <w:t xml:space="preserve"> </w:t>
      </w:r>
      <w:r w:rsidR="005449AE" w:rsidRPr="0049251F">
        <w:t>safe.</w:t>
      </w:r>
    </w:p>
    <w:p w14:paraId="568EA697" w14:textId="039DCCB1" w:rsidR="00772E3E" w:rsidRPr="0049251F" w:rsidRDefault="005449AE" w:rsidP="0049251F">
      <w:r w:rsidRPr="0049251F">
        <w:t>They</w:t>
      </w:r>
      <w:r w:rsidR="00CB73EF">
        <w:t xml:space="preserve"> </w:t>
      </w:r>
      <w:r w:rsidRPr="0049251F">
        <w:t>only</w:t>
      </w:r>
      <w:r w:rsidR="00CB73EF">
        <w:t xml:space="preserve"> </w:t>
      </w:r>
      <w:r w:rsidRPr="0049251F">
        <w:t>collect</w:t>
      </w:r>
      <w:r w:rsidR="00CB73EF">
        <w:t xml:space="preserve"> </w:t>
      </w:r>
      <w:r w:rsidRPr="0049251F">
        <w:t>information</w:t>
      </w:r>
      <w:r w:rsidR="00CB73EF">
        <w:t xml:space="preserve"> </w:t>
      </w:r>
      <w:r w:rsidRPr="0049251F">
        <w:t>they</w:t>
      </w:r>
      <w:r w:rsidR="00CB73EF">
        <w:t xml:space="preserve"> </w:t>
      </w:r>
      <w:r w:rsidRPr="0049251F">
        <w:t>need.</w:t>
      </w:r>
    </w:p>
    <w:p w14:paraId="3999C5FF" w14:textId="37BBB901" w:rsidR="00772E3E" w:rsidRPr="0049251F" w:rsidRDefault="005449AE" w:rsidP="0049251F">
      <w:r w:rsidRPr="0049251F">
        <w:t>You</w:t>
      </w:r>
      <w:r w:rsidR="00CB73EF">
        <w:t xml:space="preserve"> </w:t>
      </w:r>
      <w:r w:rsidRPr="0049251F">
        <w:t>can</w:t>
      </w:r>
      <w:r w:rsidR="00CB73EF">
        <w:t xml:space="preserve"> </w:t>
      </w:r>
      <w:r w:rsidRPr="0049251F">
        <w:t>ask</w:t>
      </w:r>
      <w:r w:rsidR="00CB73EF">
        <w:t xml:space="preserve"> </w:t>
      </w:r>
      <w:r w:rsidRPr="0049251F">
        <w:t>for</w:t>
      </w:r>
      <w:r w:rsidR="00CB73EF">
        <w:t xml:space="preserve"> </w:t>
      </w:r>
      <w:r w:rsidRPr="0049251F">
        <w:t>information</w:t>
      </w:r>
      <w:r w:rsidR="00CB73EF">
        <w:t xml:space="preserve"> </w:t>
      </w:r>
      <w:r w:rsidRPr="0049251F">
        <w:t>in</w:t>
      </w:r>
      <w:r w:rsidR="00CB73EF">
        <w:t xml:space="preserve"> </w:t>
      </w:r>
      <w:r w:rsidRPr="0049251F">
        <w:t>your</w:t>
      </w:r>
      <w:r w:rsidR="00CB73EF">
        <w:t xml:space="preserve"> </w:t>
      </w:r>
      <w:r w:rsidRPr="0049251F">
        <w:t>preferred</w:t>
      </w:r>
      <w:r w:rsidR="00CB73EF">
        <w:t xml:space="preserve"> </w:t>
      </w:r>
      <w:r w:rsidRPr="0049251F">
        <w:t>language.</w:t>
      </w:r>
    </w:p>
    <w:p w14:paraId="5B4DAAFE" w14:textId="334923D6" w:rsidR="00772E3E" w:rsidRPr="0049251F" w:rsidRDefault="005449AE" w:rsidP="0049251F">
      <w:r w:rsidRPr="0049251F">
        <w:t>You</w:t>
      </w:r>
      <w:r w:rsidR="00CB73EF">
        <w:t xml:space="preserve"> </w:t>
      </w:r>
      <w:r w:rsidRPr="0049251F">
        <w:t>can</w:t>
      </w:r>
      <w:r w:rsidR="00CB73EF">
        <w:t xml:space="preserve"> </w:t>
      </w:r>
      <w:r w:rsidRPr="0049251F">
        <w:t>ask</w:t>
      </w:r>
      <w:r w:rsidR="00CB73EF">
        <w:t xml:space="preserve"> </w:t>
      </w:r>
      <w:r w:rsidRPr="0049251F">
        <w:t>for</w:t>
      </w:r>
      <w:r w:rsidR="00CB73EF">
        <w:t xml:space="preserve"> </w:t>
      </w:r>
      <w:r w:rsidRPr="0049251F">
        <w:t>Easy</w:t>
      </w:r>
      <w:r w:rsidR="00CB73EF">
        <w:t xml:space="preserve"> </w:t>
      </w:r>
      <w:r w:rsidRPr="0049251F">
        <w:t>Read</w:t>
      </w:r>
      <w:r w:rsidR="00CB73EF">
        <w:t xml:space="preserve"> </w:t>
      </w:r>
      <w:r w:rsidRPr="0049251F">
        <w:t>or</w:t>
      </w:r>
      <w:r w:rsidR="00CB73EF">
        <w:t xml:space="preserve"> </w:t>
      </w:r>
      <w:r w:rsidRPr="0049251F">
        <w:t>large</w:t>
      </w:r>
      <w:r w:rsidR="00CB73EF">
        <w:t xml:space="preserve"> </w:t>
      </w:r>
      <w:r w:rsidRPr="0049251F">
        <w:t>print.</w:t>
      </w:r>
    </w:p>
    <w:p w14:paraId="66F3EFC6" w14:textId="0E816588" w:rsidR="00772E3E" w:rsidRPr="0049251F" w:rsidRDefault="00C51867" w:rsidP="006D0999">
      <w:pPr>
        <w:pStyle w:val="Heading2"/>
      </w:pPr>
      <w:r>
        <w:t>Roles</w:t>
      </w:r>
      <w:r w:rsidR="00CB73EF">
        <w:t xml:space="preserve"> </w:t>
      </w:r>
      <w:r>
        <w:t>and</w:t>
      </w:r>
      <w:r w:rsidR="00CB73EF">
        <w:t xml:space="preserve"> </w:t>
      </w:r>
      <w:r>
        <w:t>responsibilities</w:t>
      </w:r>
    </w:p>
    <w:p w14:paraId="37427CBC" w14:textId="4D141A04" w:rsidR="00772E3E" w:rsidRPr="0049251F" w:rsidRDefault="00C51867" w:rsidP="0049251F">
      <w:r>
        <w:t>Your</w:t>
      </w:r>
      <w:r w:rsidR="00CB73EF">
        <w:t xml:space="preserve"> </w:t>
      </w:r>
      <w:r>
        <w:t>local</w:t>
      </w:r>
      <w:r w:rsidR="00CB73EF">
        <w:t xml:space="preserve"> </w:t>
      </w:r>
      <w:r w:rsidR="005449AE" w:rsidRPr="0049251F">
        <w:t>Health</w:t>
      </w:r>
      <w:r w:rsidR="00CB73EF">
        <w:t xml:space="preserve"> </w:t>
      </w:r>
      <w:r w:rsidR="005449AE" w:rsidRPr="0049251F">
        <w:t>Board</w:t>
      </w:r>
      <w:r w:rsidR="00CB73EF">
        <w:t xml:space="preserve"> </w:t>
      </w:r>
      <w:r w:rsidR="00407366" w:rsidRPr="0049251F">
        <w:t>will</w:t>
      </w:r>
      <w:r w:rsidR="005449AE" w:rsidRPr="0049251F">
        <w:t>:</w:t>
      </w:r>
    </w:p>
    <w:p w14:paraId="4C9A50F0" w14:textId="12331776" w:rsidR="00C51867" w:rsidRDefault="005449AE" w:rsidP="0049251F">
      <w:pPr>
        <w:pStyle w:val="ListParagraph"/>
      </w:pPr>
      <w:r w:rsidRPr="0049251F">
        <w:lastRenderedPageBreak/>
        <w:t>Agree</w:t>
      </w:r>
      <w:r w:rsidR="00CB73EF">
        <w:t xml:space="preserve"> </w:t>
      </w:r>
      <w:r w:rsidRPr="0049251F">
        <w:t>your</w:t>
      </w:r>
      <w:r w:rsidR="00CB73EF">
        <w:t xml:space="preserve"> </w:t>
      </w:r>
      <w:r w:rsidRPr="0049251F">
        <w:t>care</w:t>
      </w:r>
      <w:r w:rsidR="00CB73EF">
        <w:t xml:space="preserve"> </w:t>
      </w:r>
      <w:r w:rsidRPr="0049251F">
        <w:t>plan</w:t>
      </w:r>
      <w:r w:rsidR="00B670A1">
        <w:t>.</w:t>
      </w:r>
    </w:p>
    <w:p w14:paraId="5EA16E62" w14:textId="0B146570" w:rsidR="00C51867" w:rsidRDefault="00C51867" w:rsidP="0049251F">
      <w:pPr>
        <w:pStyle w:val="ListParagraph"/>
      </w:pPr>
      <w:r>
        <w:t>A</w:t>
      </w:r>
      <w:r w:rsidR="00407366" w:rsidRPr="0049251F">
        <w:t>gree</w:t>
      </w:r>
      <w:r w:rsidR="00CB73EF">
        <w:t xml:space="preserve"> </w:t>
      </w:r>
      <w:r w:rsidR="00407366" w:rsidRPr="0049251F">
        <w:t>the</w:t>
      </w:r>
      <w:r w:rsidR="00CB73EF">
        <w:t xml:space="preserve"> </w:t>
      </w:r>
      <w:r w:rsidR="00843249" w:rsidRPr="0049251F">
        <w:t>budget.</w:t>
      </w:r>
    </w:p>
    <w:p w14:paraId="603AC6F3" w14:textId="3323F3D1" w:rsidR="00C51867" w:rsidRDefault="00C51867" w:rsidP="0049251F">
      <w:pPr>
        <w:pStyle w:val="ListParagraph"/>
      </w:pPr>
      <w:r>
        <w:t>S</w:t>
      </w:r>
      <w:r w:rsidR="0015587D" w:rsidRPr="0049251F">
        <w:t>ign</w:t>
      </w:r>
      <w:r w:rsidR="00CB73EF">
        <w:t xml:space="preserve"> </w:t>
      </w:r>
      <w:r w:rsidR="0015587D" w:rsidRPr="0049251F">
        <w:t>a</w:t>
      </w:r>
      <w:r w:rsidR="00CB73EF">
        <w:t xml:space="preserve"> </w:t>
      </w:r>
      <w:r w:rsidR="0015587D" w:rsidRPr="0049251F">
        <w:t>Direct</w:t>
      </w:r>
      <w:r w:rsidR="00CB73EF">
        <w:t xml:space="preserve"> </w:t>
      </w:r>
      <w:r>
        <w:t>P</w:t>
      </w:r>
      <w:r w:rsidR="0015587D" w:rsidRPr="0049251F">
        <w:t>ayment</w:t>
      </w:r>
      <w:r w:rsidR="00CB73EF">
        <w:t xml:space="preserve"> </w:t>
      </w:r>
      <w:r w:rsidR="0015587D" w:rsidRPr="0049251F">
        <w:t>agreement</w:t>
      </w:r>
      <w:r w:rsidR="00CB73EF">
        <w:t xml:space="preserve"> </w:t>
      </w:r>
      <w:r w:rsidR="0015587D" w:rsidRPr="0049251F">
        <w:t>with</w:t>
      </w:r>
      <w:r w:rsidR="00CB73EF">
        <w:t xml:space="preserve"> </w:t>
      </w:r>
      <w:r w:rsidR="0015587D" w:rsidRPr="0049251F">
        <w:t>you</w:t>
      </w:r>
      <w:r>
        <w:t>.</w:t>
      </w:r>
      <w:r w:rsidR="00CB73EF">
        <w:t xml:space="preserve"> </w:t>
      </w:r>
      <w:r>
        <w:t>This</w:t>
      </w:r>
      <w:r w:rsidR="00CB73EF">
        <w:t xml:space="preserve"> </w:t>
      </w:r>
      <w:r w:rsidR="00407366" w:rsidRPr="0049251F">
        <w:t>outline</w:t>
      </w:r>
      <w:r>
        <w:t>s</w:t>
      </w:r>
      <w:r w:rsidR="00CB73EF">
        <w:t xml:space="preserve"> </w:t>
      </w:r>
      <w:r w:rsidR="00407366" w:rsidRPr="0049251F">
        <w:t>the</w:t>
      </w:r>
      <w:r w:rsidR="00CB73EF">
        <w:t xml:space="preserve"> </w:t>
      </w:r>
      <w:r w:rsidR="0015587D" w:rsidRPr="0049251F">
        <w:t>process</w:t>
      </w:r>
      <w:r w:rsidR="00CB73EF">
        <w:t xml:space="preserve"> </w:t>
      </w:r>
      <w:r w:rsidR="0015587D" w:rsidRPr="0049251F">
        <w:t>you</w:t>
      </w:r>
      <w:r w:rsidR="00CB73EF">
        <w:t xml:space="preserve"> </w:t>
      </w:r>
      <w:r w:rsidR="0015587D" w:rsidRPr="0049251F">
        <w:t>both</w:t>
      </w:r>
      <w:r w:rsidR="00CB73EF">
        <w:t xml:space="preserve"> </w:t>
      </w:r>
      <w:r w:rsidR="0015587D" w:rsidRPr="0049251F">
        <w:t>agree</w:t>
      </w:r>
      <w:r w:rsidR="00CB73EF">
        <w:t xml:space="preserve"> </w:t>
      </w:r>
      <w:r w:rsidR="0015587D" w:rsidRPr="0049251F">
        <w:t>to</w:t>
      </w:r>
      <w:r>
        <w:t>.</w:t>
      </w:r>
    </w:p>
    <w:p w14:paraId="2C22D115" w14:textId="1BBDA2AB" w:rsidR="00407366" w:rsidRPr="0049251F" w:rsidRDefault="00407366" w:rsidP="0049251F">
      <w:pPr>
        <w:pStyle w:val="ListParagraph"/>
      </w:pPr>
      <w:r w:rsidRPr="0049251F">
        <w:t>Ensure</w:t>
      </w:r>
      <w:r w:rsidR="00CB73EF">
        <w:t xml:space="preserve"> </w:t>
      </w:r>
      <w:r w:rsidRPr="0049251F">
        <w:t>you</w:t>
      </w:r>
      <w:r w:rsidR="00CB73EF">
        <w:t xml:space="preserve"> </w:t>
      </w:r>
      <w:r w:rsidRPr="0049251F">
        <w:t>are</w:t>
      </w:r>
      <w:r w:rsidR="00CB73EF">
        <w:t xml:space="preserve"> </w:t>
      </w:r>
      <w:r w:rsidRPr="0049251F">
        <w:t>supported</w:t>
      </w:r>
      <w:r w:rsidR="00CB73EF">
        <w:t xml:space="preserve"> </w:t>
      </w:r>
      <w:r w:rsidRPr="0049251F">
        <w:t>by</w:t>
      </w:r>
      <w:r w:rsidR="00CB73EF">
        <w:t xml:space="preserve"> </w:t>
      </w:r>
      <w:r w:rsidRPr="0049251F">
        <w:t>Clinicians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a</w:t>
      </w:r>
      <w:r w:rsidR="00CB73EF">
        <w:t xml:space="preserve"> </w:t>
      </w:r>
      <w:r w:rsidRPr="0049251F">
        <w:t>named</w:t>
      </w:r>
      <w:r w:rsidR="00CB73EF">
        <w:t xml:space="preserve"> </w:t>
      </w:r>
      <w:r w:rsidR="00C51867">
        <w:t>Continuing</w:t>
      </w:r>
      <w:r w:rsidR="00CB73EF">
        <w:t xml:space="preserve"> </w:t>
      </w:r>
      <w:r w:rsidR="00C51867">
        <w:t>NHS</w:t>
      </w:r>
      <w:r w:rsidR="00CB73EF">
        <w:t xml:space="preserve"> </w:t>
      </w:r>
      <w:r w:rsidR="00C51867">
        <w:t>Healthcare</w:t>
      </w:r>
      <w:r w:rsidR="00CB73EF">
        <w:t xml:space="preserve"> </w:t>
      </w:r>
      <w:r w:rsidRPr="0049251F">
        <w:t>Care</w:t>
      </w:r>
      <w:r w:rsidR="00CB73EF">
        <w:t xml:space="preserve"> </w:t>
      </w:r>
      <w:r w:rsidR="00C51867">
        <w:t>C</w:t>
      </w:r>
      <w:r w:rsidRPr="0049251F">
        <w:t>oordinator</w:t>
      </w:r>
      <w:r w:rsidR="00CB73EF">
        <w:t xml:space="preserve"> </w:t>
      </w:r>
    </w:p>
    <w:p w14:paraId="552D8180" w14:textId="7CF24A63" w:rsidR="005270B9" w:rsidRPr="0049251F" w:rsidRDefault="0015587D" w:rsidP="0049251F">
      <w:r w:rsidRPr="0049251F">
        <w:t>In</w:t>
      </w:r>
      <w:r w:rsidR="00CB73EF">
        <w:t xml:space="preserve"> </w:t>
      </w:r>
      <w:r w:rsidRPr="0049251F">
        <w:t>most</w:t>
      </w:r>
      <w:r w:rsidR="00CB73EF">
        <w:t xml:space="preserve"> </w:t>
      </w:r>
      <w:r w:rsidRPr="0049251F">
        <w:t>cases</w:t>
      </w:r>
      <w:r w:rsidR="00407366" w:rsidRPr="0049251F">
        <w:t>,</w:t>
      </w:r>
      <w:r w:rsidR="00CB73EF">
        <w:t xml:space="preserve"> </w:t>
      </w:r>
      <w:r w:rsidR="00B670A1">
        <w:t>through</w:t>
      </w:r>
      <w:r w:rsidR="00CB73EF">
        <w:t xml:space="preserve"> </w:t>
      </w:r>
      <w:r w:rsidR="00B670A1">
        <w:t>an</w:t>
      </w:r>
      <w:r w:rsidR="00CB73EF">
        <w:t xml:space="preserve"> </w:t>
      </w:r>
      <w:r w:rsidRPr="0049251F">
        <w:t>arrangement</w:t>
      </w:r>
      <w:r w:rsidR="00CB73EF">
        <w:t xml:space="preserve"> </w:t>
      </w:r>
      <w:r w:rsidRPr="0049251F">
        <w:t>with</w:t>
      </w:r>
      <w:r w:rsidR="00CB73EF">
        <w:t xml:space="preserve"> </w:t>
      </w:r>
      <w:r w:rsidR="00B670A1">
        <w:t>your</w:t>
      </w:r>
      <w:r w:rsidR="00CB73EF">
        <w:t xml:space="preserve"> </w:t>
      </w:r>
      <w:r w:rsidR="00B670A1">
        <w:t>local</w:t>
      </w:r>
      <w:r w:rsidR="00CB73EF">
        <w:t xml:space="preserve"> </w:t>
      </w:r>
      <w:r w:rsidRPr="0049251F">
        <w:t>Health</w:t>
      </w:r>
      <w:r w:rsidR="00CB73EF">
        <w:t xml:space="preserve"> </w:t>
      </w:r>
      <w:r w:rsidRPr="0049251F">
        <w:t>Board</w:t>
      </w:r>
      <w:r w:rsidR="00B670A1">
        <w:t>,</w:t>
      </w:r>
      <w:r w:rsidR="00CB73EF">
        <w:t xml:space="preserve"> </w:t>
      </w:r>
      <w:r w:rsidR="00B670A1">
        <w:t>your</w:t>
      </w:r>
      <w:r w:rsidR="00CB73EF">
        <w:t xml:space="preserve"> </w:t>
      </w:r>
      <w:r w:rsidR="005270B9" w:rsidRPr="0049251F">
        <w:t>Local</w:t>
      </w:r>
      <w:r w:rsidR="00CB73EF">
        <w:t xml:space="preserve"> </w:t>
      </w:r>
      <w:r w:rsidR="005270B9" w:rsidRPr="0049251F">
        <w:t>Auth</w:t>
      </w:r>
      <w:r w:rsidRPr="0049251F">
        <w:t>ority</w:t>
      </w:r>
      <w:r w:rsidR="00CB73EF">
        <w:t xml:space="preserve"> </w:t>
      </w:r>
      <w:r w:rsidR="00407366" w:rsidRPr="0049251F">
        <w:t>will</w:t>
      </w:r>
      <w:r w:rsidR="00B670A1">
        <w:t>:</w:t>
      </w:r>
    </w:p>
    <w:p w14:paraId="0C773C12" w14:textId="65799E88" w:rsidR="00772E3E" w:rsidRPr="0049251F" w:rsidRDefault="005449AE" w:rsidP="00B670A1">
      <w:pPr>
        <w:pStyle w:val="ListParagraph"/>
      </w:pPr>
      <w:r w:rsidRPr="0049251F">
        <w:t>Make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49251F">
        <w:t>payments</w:t>
      </w:r>
      <w:r w:rsidR="00CB73EF">
        <w:t xml:space="preserve"> </w:t>
      </w:r>
      <w:r w:rsidR="00843249" w:rsidRPr="0049251F">
        <w:t>to</w:t>
      </w:r>
      <w:r w:rsidR="00CB73EF">
        <w:t xml:space="preserve"> </w:t>
      </w:r>
      <w:r w:rsidR="00843249" w:rsidRPr="0049251F">
        <w:t>you.</w:t>
      </w:r>
    </w:p>
    <w:p w14:paraId="554840C6" w14:textId="0FF07FF4" w:rsidR="00772E3E" w:rsidRPr="0049251F" w:rsidRDefault="005449AE" w:rsidP="00B670A1">
      <w:pPr>
        <w:pStyle w:val="ListParagraph"/>
      </w:pPr>
      <w:r w:rsidRPr="0049251F">
        <w:t>Check</w:t>
      </w:r>
      <w:r w:rsidR="00CB73EF">
        <w:t xml:space="preserve"> </w:t>
      </w:r>
      <w:r w:rsidRPr="0049251F">
        <w:t>your</w:t>
      </w:r>
      <w:r w:rsidR="00CB73EF">
        <w:t xml:space="preserve"> </w:t>
      </w:r>
      <w:r w:rsidRPr="0049251F">
        <w:t>spending.</w:t>
      </w:r>
    </w:p>
    <w:p w14:paraId="4FE9DBA6" w14:textId="5FC0A1D0" w:rsidR="00772E3E" w:rsidRPr="0049251F" w:rsidRDefault="005449AE" w:rsidP="00B670A1">
      <w:pPr>
        <w:pStyle w:val="ListParagraph"/>
      </w:pPr>
      <w:r w:rsidRPr="0049251F">
        <w:t>Review</w:t>
      </w:r>
      <w:r w:rsidR="00CB73EF">
        <w:t xml:space="preserve"> </w:t>
      </w:r>
      <w:r w:rsidRPr="0049251F">
        <w:t>your</w:t>
      </w:r>
      <w:r w:rsidR="00CB73EF">
        <w:t xml:space="preserve"> </w:t>
      </w:r>
      <w:r w:rsidRPr="0049251F">
        <w:t>Direct</w:t>
      </w:r>
      <w:r w:rsidR="00CB73EF">
        <w:t xml:space="preserve"> </w:t>
      </w:r>
      <w:r w:rsidRPr="0049251F">
        <w:t>Payment.</w:t>
      </w:r>
    </w:p>
    <w:p w14:paraId="5AAF0D9F" w14:textId="0A29961B" w:rsidR="00772E3E" w:rsidRPr="0049251F" w:rsidRDefault="005449AE" w:rsidP="0049251F">
      <w:r w:rsidRPr="0049251F">
        <w:t>You</w:t>
      </w:r>
      <w:r w:rsidR="00CB73EF">
        <w:t xml:space="preserve"> </w:t>
      </w:r>
      <w:r w:rsidR="00B670A1">
        <w:t>will</w:t>
      </w:r>
      <w:r w:rsidRPr="0049251F">
        <w:t>:</w:t>
      </w:r>
    </w:p>
    <w:p w14:paraId="08AA7BA9" w14:textId="40113399" w:rsidR="00772E3E" w:rsidRPr="00D649CF" w:rsidRDefault="005449AE" w:rsidP="00D649CF">
      <w:pPr>
        <w:pStyle w:val="ListParagraph"/>
      </w:pPr>
      <w:r w:rsidRPr="0049251F">
        <w:t>Use</w:t>
      </w:r>
      <w:r w:rsidR="00CB73EF">
        <w:t xml:space="preserve"> </w:t>
      </w:r>
      <w:r w:rsidRPr="0049251F">
        <w:t>the</w:t>
      </w:r>
      <w:r w:rsidR="00CB73EF">
        <w:t xml:space="preserve"> </w:t>
      </w:r>
      <w:r w:rsidRPr="00D649CF">
        <w:t>money</w:t>
      </w:r>
      <w:r w:rsidR="00CB73EF">
        <w:t xml:space="preserve"> </w:t>
      </w:r>
      <w:r w:rsidRPr="00D649CF">
        <w:t>only</w:t>
      </w:r>
      <w:r w:rsidR="00CB73EF">
        <w:t xml:space="preserve"> </w:t>
      </w:r>
      <w:r w:rsidRPr="00D649CF">
        <w:t>for</w:t>
      </w:r>
      <w:r w:rsidR="00CB73EF">
        <w:t xml:space="preserve"> </w:t>
      </w:r>
      <w:r w:rsidRPr="00D649CF">
        <w:t>the</w:t>
      </w:r>
      <w:r w:rsidR="00CB73EF">
        <w:t xml:space="preserve"> </w:t>
      </w:r>
      <w:r w:rsidRPr="00D649CF">
        <w:t>care</w:t>
      </w:r>
      <w:r w:rsidR="00CB73EF">
        <w:t xml:space="preserve"> </w:t>
      </w:r>
      <w:r w:rsidRPr="00D649CF">
        <w:t>plan.</w:t>
      </w:r>
    </w:p>
    <w:p w14:paraId="134BC2EF" w14:textId="22AC6796" w:rsidR="00B670A1" w:rsidRPr="00D649CF" w:rsidRDefault="005449AE" w:rsidP="00D649CF">
      <w:pPr>
        <w:pStyle w:val="ListParagraph"/>
      </w:pPr>
      <w:r w:rsidRPr="00D649CF">
        <w:t>Keep</w:t>
      </w:r>
      <w:r w:rsidR="00CB73EF">
        <w:t xml:space="preserve"> </w:t>
      </w:r>
      <w:r w:rsidRPr="00D649CF">
        <w:t>records</w:t>
      </w:r>
      <w:r w:rsidR="00CB73EF">
        <w:t xml:space="preserve"> </w:t>
      </w:r>
      <w:r w:rsidR="00407366" w:rsidRPr="00D649CF">
        <w:t>of</w:t>
      </w:r>
      <w:r w:rsidR="00CB73EF">
        <w:t xml:space="preserve"> </w:t>
      </w:r>
      <w:r w:rsidR="00407366" w:rsidRPr="00D649CF">
        <w:t>hours</w:t>
      </w:r>
      <w:r w:rsidR="00CB73EF">
        <w:t xml:space="preserve"> </w:t>
      </w:r>
      <w:r w:rsidR="00407366" w:rsidRPr="00D649CF">
        <w:t>worked</w:t>
      </w:r>
      <w:r w:rsidR="00CB73EF">
        <w:t xml:space="preserve"> </w:t>
      </w:r>
      <w:r w:rsidR="00407366" w:rsidRPr="00D649CF">
        <w:t>by</w:t>
      </w:r>
      <w:r w:rsidR="00CB73EF">
        <w:t xml:space="preserve"> </w:t>
      </w:r>
      <w:r w:rsidR="00B670A1" w:rsidRPr="00D649CF">
        <w:t>Personal</w:t>
      </w:r>
      <w:r w:rsidR="00CB73EF">
        <w:t xml:space="preserve"> </w:t>
      </w:r>
      <w:r w:rsidR="00B670A1" w:rsidRPr="00D649CF">
        <w:t>Assistants.</w:t>
      </w:r>
    </w:p>
    <w:p w14:paraId="65C6A9B5" w14:textId="138718EF" w:rsidR="00B670A1" w:rsidRPr="00D649CF" w:rsidRDefault="00B670A1" w:rsidP="00D649CF">
      <w:pPr>
        <w:pStyle w:val="ListParagraph"/>
      </w:pPr>
      <w:r w:rsidRPr="00D649CF">
        <w:t>Keep</w:t>
      </w:r>
      <w:r w:rsidR="00CB73EF">
        <w:t xml:space="preserve"> </w:t>
      </w:r>
      <w:r w:rsidRPr="00D649CF">
        <w:t>records</w:t>
      </w:r>
      <w:r w:rsidR="00CB73EF">
        <w:t xml:space="preserve"> </w:t>
      </w:r>
      <w:r w:rsidRPr="00D649CF">
        <w:t>of</w:t>
      </w:r>
      <w:r w:rsidR="00CB73EF">
        <w:t xml:space="preserve"> </w:t>
      </w:r>
      <w:r w:rsidRPr="00D649CF">
        <w:t>any</w:t>
      </w:r>
      <w:r w:rsidR="00CB73EF">
        <w:t xml:space="preserve"> </w:t>
      </w:r>
      <w:r w:rsidRPr="00D649CF">
        <w:t>money</w:t>
      </w:r>
      <w:r w:rsidR="00CB73EF">
        <w:t xml:space="preserve"> </w:t>
      </w:r>
      <w:r w:rsidRPr="00D649CF">
        <w:t>you</w:t>
      </w:r>
      <w:r w:rsidR="00CB73EF">
        <w:t xml:space="preserve"> </w:t>
      </w:r>
      <w:r w:rsidR="00407366" w:rsidRPr="00D649CF">
        <w:t>spend</w:t>
      </w:r>
      <w:r w:rsidR="00CB73EF">
        <w:t xml:space="preserve"> </w:t>
      </w:r>
      <w:r w:rsidR="00407366" w:rsidRPr="00D649CF">
        <w:t>from</w:t>
      </w:r>
      <w:r w:rsidR="00CB73EF">
        <w:t xml:space="preserve"> </w:t>
      </w:r>
      <w:r w:rsidR="00407366" w:rsidRPr="00D649CF">
        <w:t>the</w:t>
      </w:r>
      <w:r w:rsidR="00CB73EF">
        <w:t xml:space="preserve"> </w:t>
      </w:r>
      <w:r w:rsidRPr="00D649CF">
        <w:t>Direct</w:t>
      </w:r>
      <w:r w:rsidR="00CB73EF">
        <w:t xml:space="preserve"> </w:t>
      </w:r>
      <w:r w:rsidRPr="00D649CF">
        <w:t>Payment</w:t>
      </w:r>
      <w:r w:rsidR="00CB73EF">
        <w:t xml:space="preserve"> </w:t>
      </w:r>
      <w:r w:rsidR="00256EE0" w:rsidRPr="00D649CF">
        <w:t>budget.</w:t>
      </w:r>
    </w:p>
    <w:p w14:paraId="0B8F0911" w14:textId="3199D1CE" w:rsidR="00772E3E" w:rsidRPr="0049251F" w:rsidRDefault="005449AE" w:rsidP="00D649CF">
      <w:pPr>
        <w:pStyle w:val="ListParagraph"/>
      </w:pPr>
      <w:r w:rsidRPr="00D649CF">
        <w:t>Tell</w:t>
      </w:r>
      <w:r w:rsidR="00CB73EF">
        <w:t xml:space="preserve"> </w:t>
      </w:r>
      <w:r w:rsidR="00B670A1" w:rsidRPr="00D649CF">
        <w:t>your</w:t>
      </w:r>
      <w:r w:rsidR="00CB73EF">
        <w:t xml:space="preserve"> </w:t>
      </w:r>
      <w:r w:rsidR="00B670A1" w:rsidRPr="00D649CF">
        <w:t>local</w:t>
      </w:r>
      <w:r w:rsidR="00CB73EF">
        <w:t xml:space="preserve"> </w:t>
      </w:r>
      <w:r w:rsidRPr="00D649CF">
        <w:t>Health</w:t>
      </w:r>
      <w:r w:rsidR="00CB73EF">
        <w:t xml:space="preserve"> </w:t>
      </w:r>
      <w:r w:rsidRPr="0049251F">
        <w:t>Board</w:t>
      </w:r>
      <w:r w:rsidR="00CB73EF">
        <w:t xml:space="preserve"> </w:t>
      </w:r>
      <w:r w:rsidRPr="0049251F">
        <w:t>if</w:t>
      </w:r>
      <w:r w:rsidR="00CB73EF">
        <w:t xml:space="preserve"> </w:t>
      </w:r>
      <w:r w:rsidRPr="0049251F">
        <w:t>anything</w:t>
      </w:r>
      <w:r w:rsidR="00CB73EF">
        <w:t xml:space="preserve"> </w:t>
      </w:r>
      <w:r w:rsidRPr="0049251F">
        <w:t>changes.</w:t>
      </w:r>
    </w:p>
    <w:p w14:paraId="19866F1D" w14:textId="07E7625C" w:rsidR="00772E3E" w:rsidRPr="0049251F" w:rsidRDefault="00B670A1" w:rsidP="0049251F">
      <w:r>
        <w:t>If</w:t>
      </w:r>
      <w:r w:rsidR="00CB73EF">
        <w:t xml:space="preserve"> </w:t>
      </w:r>
      <w:r>
        <w:t>you</w:t>
      </w:r>
      <w:r w:rsidR="00CB73EF">
        <w:t xml:space="preserve"> </w:t>
      </w:r>
      <w:r>
        <w:t>use</w:t>
      </w:r>
      <w:r w:rsidR="00CB73EF">
        <w:t xml:space="preserve"> </w:t>
      </w:r>
      <w:r>
        <w:t>a</w:t>
      </w:r>
      <w:r w:rsidR="00CB73EF">
        <w:t xml:space="preserve"> </w:t>
      </w:r>
      <w:r>
        <w:t>m</w:t>
      </w:r>
      <w:r w:rsidR="005449AE" w:rsidRPr="0049251F">
        <w:t>anaged</w:t>
      </w:r>
      <w:r w:rsidR="00CB73EF">
        <w:t xml:space="preserve"> </w:t>
      </w:r>
      <w:r w:rsidR="005449AE" w:rsidRPr="0049251F">
        <w:t>account</w:t>
      </w:r>
      <w:r>
        <w:t>,</w:t>
      </w:r>
      <w:r w:rsidR="00CB73EF">
        <w:t xml:space="preserve"> </w:t>
      </w:r>
      <w:r>
        <w:t>service,</w:t>
      </w:r>
      <w:r w:rsidR="00CB73EF">
        <w:t xml:space="preserve"> </w:t>
      </w:r>
      <w:r>
        <w:t>they</w:t>
      </w:r>
      <w:r w:rsidR="00CB73EF">
        <w:t xml:space="preserve"> </w:t>
      </w:r>
      <w:r>
        <w:t>will:</w:t>
      </w:r>
    </w:p>
    <w:p w14:paraId="55617A49" w14:textId="59965026" w:rsidR="00772E3E" w:rsidRPr="0049251F" w:rsidRDefault="005449AE" w:rsidP="00B670A1">
      <w:pPr>
        <w:pStyle w:val="ListParagraph"/>
      </w:pPr>
      <w:r w:rsidRPr="0049251F">
        <w:t>Help</w:t>
      </w:r>
      <w:r w:rsidR="00CB73EF">
        <w:t xml:space="preserve"> </w:t>
      </w:r>
      <w:r w:rsidRPr="0049251F">
        <w:t>with</w:t>
      </w:r>
      <w:r w:rsidR="00CB73EF">
        <w:t xml:space="preserve"> </w:t>
      </w:r>
      <w:r w:rsidRPr="0049251F">
        <w:t>payroll</w:t>
      </w:r>
      <w:r w:rsidR="00CB73EF">
        <w:t xml:space="preserve"> </w:t>
      </w:r>
      <w:r w:rsidRPr="0049251F">
        <w:t>and</w:t>
      </w:r>
      <w:r w:rsidR="00CB73EF">
        <w:t xml:space="preserve"> </w:t>
      </w:r>
      <w:r w:rsidRPr="0049251F">
        <w:t>records.</w:t>
      </w:r>
    </w:p>
    <w:p w14:paraId="179D18B1" w14:textId="73860F1C" w:rsidR="00772E3E" w:rsidRPr="0049251F" w:rsidRDefault="005449AE" w:rsidP="00B670A1">
      <w:pPr>
        <w:pStyle w:val="ListParagraph"/>
      </w:pPr>
      <w:r w:rsidRPr="0049251F">
        <w:t>Send</w:t>
      </w:r>
      <w:r w:rsidR="00CB73EF">
        <w:t xml:space="preserve"> </w:t>
      </w:r>
      <w:r w:rsidR="00B670A1">
        <w:t>you</w:t>
      </w:r>
      <w:r w:rsidR="00CB73EF">
        <w:t xml:space="preserve"> </w:t>
      </w:r>
      <w:r w:rsidRPr="0049251F">
        <w:t>reports.</w:t>
      </w:r>
    </w:p>
    <w:p w14:paraId="00C8ED6F" w14:textId="34CCFD38" w:rsidR="00772E3E" w:rsidRPr="0049251F" w:rsidRDefault="005449AE" w:rsidP="00B670A1">
      <w:pPr>
        <w:pStyle w:val="ListParagraph"/>
      </w:pPr>
      <w:r w:rsidRPr="0049251F">
        <w:t>Tel</w:t>
      </w:r>
      <w:r w:rsidR="00B670A1">
        <w:t>l</w:t>
      </w:r>
      <w:r w:rsidR="00CB73EF">
        <w:t xml:space="preserve"> </w:t>
      </w:r>
      <w:r w:rsidR="00B670A1">
        <w:t>your</w:t>
      </w:r>
      <w:r w:rsidR="00CB73EF">
        <w:t xml:space="preserve"> </w:t>
      </w:r>
      <w:r w:rsidR="00B670A1">
        <w:t>local</w:t>
      </w:r>
      <w:r w:rsidR="00CB73EF">
        <w:t xml:space="preserve"> </w:t>
      </w:r>
      <w:r w:rsidRPr="0049251F">
        <w:t>Health</w:t>
      </w:r>
      <w:r w:rsidR="00CB73EF">
        <w:t xml:space="preserve"> </w:t>
      </w:r>
      <w:r w:rsidRPr="0049251F">
        <w:t>Board</w:t>
      </w:r>
      <w:r w:rsidR="00CB73EF">
        <w:t xml:space="preserve"> </w:t>
      </w:r>
      <w:r w:rsidRPr="0049251F">
        <w:t>if</w:t>
      </w:r>
      <w:r w:rsidR="00CB73EF">
        <w:t xml:space="preserve"> </w:t>
      </w:r>
      <w:r w:rsidR="00B670A1">
        <w:t>they</w:t>
      </w:r>
      <w:r w:rsidR="00CB73EF">
        <w:t xml:space="preserve"> </w:t>
      </w:r>
      <w:r w:rsidR="00B670A1">
        <w:t>have</w:t>
      </w:r>
      <w:r w:rsidR="00CB73EF">
        <w:t xml:space="preserve"> </w:t>
      </w:r>
      <w:r w:rsidRPr="0049251F">
        <w:t>concern</w:t>
      </w:r>
      <w:r w:rsidR="00B670A1">
        <w:t>s</w:t>
      </w:r>
      <w:r w:rsidRPr="0049251F">
        <w:t>.</w:t>
      </w:r>
    </w:p>
    <w:p w14:paraId="189F4F77" w14:textId="1F02035C" w:rsidR="00772E3E" w:rsidRPr="0049251F" w:rsidRDefault="005449AE" w:rsidP="006D0999">
      <w:pPr>
        <w:pStyle w:val="Heading2"/>
      </w:pPr>
      <w:r w:rsidRPr="0049251F">
        <w:t>Getting</w:t>
      </w:r>
      <w:r w:rsidR="00CB73EF">
        <w:t xml:space="preserve"> </w:t>
      </w:r>
      <w:r w:rsidRPr="0049251F">
        <w:t>help</w:t>
      </w:r>
      <w:r w:rsidR="00CB73EF">
        <w:t xml:space="preserve"> </w:t>
      </w:r>
      <w:r w:rsidR="00A40A62" w:rsidRPr="0049251F">
        <w:t>and</w:t>
      </w:r>
      <w:r w:rsidR="00CB73EF">
        <w:t xml:space="preserve"> </w:t>
      </w:r>
      <w:r w:rsidR="00A40A62" w:rsidRPr="0049251F">
        <w:t>advice</w:t>
      </w:r>
    </w:p>
    <w:p w14:paraId="71BBCC3E" w14:textId="52F47180" w:rsidR="00BC0AF3" w:rsidRPr="0049251F" w:rsidRDefault="0060361A" w:rsidP="0049251F">
      <w:r w:rsidRPr="0049251F">
        <w:t>Your</w:t>
      </w:r>
      <w:r w:rsidR="00CB73EF">
        <w:t xml:space="preserve"> </w:t>
      </w:r>
      <w:r w:rsidR="00B670A1">
        <w:t>local</w:t>
      </w:r>
      <w:r w:rsidR="00CB73EF">
        <w:t xml:space="preserve"> </w:t>
      </w:r>
      <w:r w:rsidRPr="0049251F">
        <w:t>H</w:t>
      </w:r>
      <w:r w:rsidR="00A40A62" w:rsidRPr="0049251F">
        <w:t>ealth</w:t>
      </w:r>
      <w:r w:rsidR="00CB73EF">
        <w:t xml:space="preserve"> </w:t>
      </w:r>
      <w:r w:rsidR="00A40A62" w:rsidRPr="0049251F">
        <w:t>Board</w:t>
      </w:r>
      <w:r w:rsidR="00CB73EF">
        <w:t xml:space="preserve"> </w:t>
      </w:r>
      <w:r w:rsidR="00A40A62" w:rsidRPr="0049251F">
        <w:t>will</w:t>
      </w:r>
      <w:r w:rsidR="00CB73EF">
        <w:t xml:space="preserve"> </w:t>
      </w:r>
      <w:r w:rsidR="00B670A1">
        <w:t>ask</w:t>
      </w:r>
      <w:r w:rsidR="00CB73EF">
        <w:t xml:space="preserve"> </w:t>
      </w:r>
      <w:r w:rsidR="00B670A1">
        <w:t>your</w:t>
      </w:r>
      <w:r w:rsidR="00CB73EF">
        <w:t xml:space="preserve"> </w:t>
      </w:r>
      <w:r w:rsidR="00BC0AF3" w:rsidRPr="0049251F">
        <w:t>L</w:t>
      </w:r>
      <w:r w:rsidR="00A40A62" w:rsidRPr="0049251F">
        <w:t>ocal</w:t>
      </w:r>
      <w:r w:rsidR="00CB73EF">
        <w:t xml:space="preserve"> </w:t>
      </w:r>
      <w:r w:rsidR="00BC0AF3" w:rsidRPr="0049251F">
        <w:t>Authority</w:t>
      </w:r>
      <w:r w:rsidR="00CB73EF">
        <w:t xml:space="preserve"> </w:t>
      </w:r>
      <w:r w:rsidR="00BC0AF3" w:rsidRPr="0049251F">
        <w:t>to</w:t>
      </w:r>
      <w:r w:rsidR="00CB73EF">
        <w:t xml:space="preserve"> </w:t>
      </w:r>
      <w:r w:rsidR="00BC0AF3" w:rsidRPr="0049251F">
        <w:t>provide</w:t>
      </w:r>
      <w:r w:rsidR="00CB73EF">
        <w:t xml:space="preserve"> </w:t>
      </w:r>
      <w:r w:rsidR="00A40A62" w:rsidRPr="0049251F">
        <w:t>you</w:t>
      </w:r>
      <w:r w:rsidR="00CB73EF">
        <w:t xml:space="preserve"> </w:t>
      </w:r>
      <w:r w:rsidR="00703484" w:rsidRPr="0049251F">
        <w:t>with</w:t>
      </w:r>
      <w:r w:rsidR="00CB73EF">
        <w:t xml:space="preserve"> </w:t>
      </w:r>
      <w:r w:rsidR="00703484" w:rsidRPr="0049251F">
        <w:t>information</w:t>
      </w:r>
      <w:r w:rsidR="00CB73EF">
        <w:t xml:space="preserve"> </w:t>
      </w:r>
      <w:r w:rsidR="00A40A62" w:rsidRPr="0049251F">
        <w:t>and</w:t>
      </w:r>
      <w:r w:rsidR="00CB73EF">
        <w:t xml:space="preserve"> </w:t>
      </w:r>
      <w:r w:rsidR="00BC0AF3" w:rsidRPr="0049251F">
        <w:t>advice</w:t>
      </w:r>
      <w:r w:rsidR="00CB73EF">
        <w:t xml:space="preserve"> </w:t>
      </w:r>
      <w:r w:rsidR="00A40A62" w:rsidRPr="0049251F">
        <w:t>and</w:t>
      </w:r>
      <w:r w:rsidR="00CB73EF">
        <w:t xml:space="preserve"> </w:t>
      </w:r>
      <w:r w:rsidR="00BC0AF3" w:rsidRPr="0049251F">
        <w:t>support</w:t>
      </w:r>
      <w:r w:rsidR="00CB73EF">
        <w:t xml:space="preserve"> </w:t>
      </w:r>
      <w:r w:rsidR="00BC0AF3" w:rsidRPr="0049251F">
        <w:t>about</w:t>
      </w:r>
      <w:r w:rsidR="00CB73EF">
        <w:t xml:space="preserve"> </w:t>
      </w:r>
      <w:r w:rsidR="00BC0AF3" w:rsidRPr="0049251F">
        <w:t>the</w:t>
      </w:r>
      <w:r w:rsidR="00CB73EF">
        <w:t xml:space="preserve"> </w:t>
      </w:r>
      <w:r w:rsidR="00B670A1">
        <w:t>Direct</w:t>
      </w:r>
      <w:r w:rsidR="00CB73EF">
        <w:t xml:space="preserve"> </w:t>
      </w:r>
      <w:r w:rsidR="00B670A1">
        <w:t>Payments</w:t>
      </w:r>
      <w:r w:rsidR="00CB73EF">
        <w:t xml:space="preserve"> </w:t>
      </w:r>
      <w:r w:rsidR="00BC0AF3" w:rsidRPr="0049251F">
        <w:t>process</w:t>
      </w:r>
    </w:p>
    <w:p w14:paraId="14C7B626" w14:textId="4771564E" w:rsidR="00B670A1" w:rsidRDefault="00B670A1" w:rsidP="0049251F">
      <w:r>
        <w:t>Contact</w:t>
      </w:r>
      <w:r w:rsidR="00CB73EF">
        <w:t xml:space="preserve"> </w:t>
      </w:r>
      <w:r>
        <w:t>details</w:t>
      </w:r>
      <w:r w:rsidR="00CB73EF">
        <w:t xml:space="preserve"> </w:t>
      </w:r>
      <w:r>
        <w:t>for</w:t>
      </w:r>
      <w:r w:rsidR="00CB73EF">
        <w:t xml:space="preserve"> </w:t>
      </w:r>
      <w:r>
        <w:t>your</w:t>
      </w:r>
      <w:r w:rsidR="00CB73EF">
        <w:t xml:space="preserve"> </w:t>
      </w:r>
      <w:r>
        <w:t>local</w:t>
      </w:r>
      <w:r w:rsidR="00CB73EF">
        <w:t xml:space="preserve"> </w:t>
      </w:r>
      <w:r>
        <w:t>authority:</w:t>
      </w:r>
    </w:p>
    <w:p w14:paraId="331A43B6" w14:textId="722392F4" w:rsidR="00BC0AF3" w:rsidRPr="0049251F" w:rsidRDefault="00B670A1" w:rsidP="00B670A1">
      <w:pPr>
        <w:pStyle w:val="ListParagraph"/>
      </w:pPr>
      <w:r>
        <w:t>Name</w:t>
      </w:r>
      <w:r w:rsidR="00CB73EF">
        <w:t xml:space="preserve"> </w:t>
      </w:r>
      <w:r>
        <w:t>of</w:t>
      </w:r>
      <w:r w:rsidR="00CB73EF">
        <w:t xml:space="preserve"> </w:t>
      </w:r>
      <w:r w:rsidR="00BC0AF3" w:rsidRPr="0049251F">
        <w:t>Local</w:t>
      </w:r>
      <w:r w:rsidR="00CB73EF">
        <w:t xml:space="preserve"> </w:t>
      </w:r>
      <w:r w:rsidR="00BC0AF3" w:rsidRPr="0049251F">
        <w:t>Authority</w:t>
      </w:r>
      <w:r>
        <w:t>:</w:t>
      </w:r>
    </w:p>
    <w:p w14:paraId="6DF2A429" w14:textId="477670AA" w:rsidR="00A40A62" w:rsidRPr="0049251F" w:rsidRDefault="00703484" w:rsidP="00B670A1">
      <w:pPr>
        <w:pStyle w:val="ListParagraph"/>
      </w:pPr>
      <w:r w:rsidRPr="0049251F">
        <w:t>Telephone</w:t>
      </w:r>
      <w:r w:rsidR="00CB73EF">
        <w:t xml:space="preserve"> </w:t>
      </w:r>
      <w:r w:rsidR="00B670A1">
        <w:t>Number</w:t>
      </w:r>
      <w:r w:rsidR="00CB73EF">
        <w:t xml:space="preserve"> </w:t>
      </w:r>
      <w:r w:rsidR="00B670A1">
        <w:t>of</w:t>
      </w:r>
      <w:r w:rsidR="00CB73EF">
        <w:t xml:space="preserve"> </w:t>
      </w:r>
      <w:r w:rsidR="00B670A1">
        <w:t>Local</w:t>
      </w:r>
      <w:r w:rsidR="00CB73EF">
        <w:t xml:space="preserve"> </w:t>
      </w:r>
      <w:r w:rsidR="00B670A1">
        <w:t>Authority:</w:t>
      </w:r>
    </w:p>
    <w:p w14:paraId="06D05FCA" w14:textId="107D65DA" w:rsidR="00BC0AF3" w:rsidRPr="0049251F" w:rsidRDefault="00703484" w:rsidP="00B670A1">
      <w:pPr>
        <w:pStyle w:val="ListParagraph"/>
      </w:pPr>
      <w:r w:rsidRPr="0049251F">
        <w:t>Email</w:t>
      </w:r>
      <w:r w:rsidR="00CB73EF">
        <w:t xml:space="preserve"> </w:t>
      </w:r>
      <w:r w:rsidR="00B670A1">
        <w:t>contact</w:t>
      </w:r>
      <w:r w:rsidR="00CB73EF">
        <w:t xml:space="preserve"> </w:t>
      </w:r>
      <w:r w:rsidR="00B670A1">
        <w:t>for</w:t>
      </w:r>
      <w:r w:rsidR="00CB73EF">
        <w:t xml:space="preserve"> </w:t>
      </w:r>
      <w:r w:rsidR="00B670A1">
        <w:t>Local</w:t>
      </w:r>
      <w:r w:rsidR="00CB73EF">
        <w:t xml:space="preserve"> </w:t>
      </w:r>
      <w:r w:rsidR="00B670A1">
        <w:t>Authority:</w:t>
      </w:r>
    </w:p>
    <w:p w14:paraId="32B84C31" w14:textId="2D237A69" w:rsidR="00772E3E" w:rsidRDefault="00B670A1" w:rsidP="00B670A1">
      <w:r>
        <w:t>Contact</w:t>
      </w:r>
      <w:r w:rsidR="00CB73EF">
        <w:t xml:space="preserve"> </w:t>
      </w:r>
      <w:r>
        <w:t>details</w:t>
      </w:r>
      <w:r w:rsidR="00CB73EF">
        <w:t xml:space="preserve"> </w:t>
      </w:r>
      <w:r>
        <w:t>for</w:t>
      </w:r>
      <w:r w:rsidR="00CB73EF">
        <w:t xml:space="preserve"> </w:t>
      </w:r>
      <w:r>
        <w:t>your</w:t>
      </w:r>
      <w:r w:rsidR="00CB73EF">
        <w:t xml:space="preserve"> </w:t>
      </w:r>
      <w:r>
        <w:t>Continuing</w:t>
      </w:r>
      <w:r w:rsidR="00CB73EF">
        <w:t xml:space="preserve"> </w:t>
      </w:r>
      <w:r>
        <w:t>NHS</w:t>
      </w:r>
      <w:r w:rsidR="00CB73EF">
        <w:t xml:space="preserve"> </w:t>
      </w:r>
      <w:r>
        <w:t>Healthcare</w:t>
      </w:r>
      <w:r w:rsidR="00CB73EF">
        <w:t xml:space="preserve"> </w:t>
      </w:r>
      <w:r w:rsidR="005449AE" w:rsidRPr="0049251F">
        <w:t>Care</w:t>
      </w:r>
      <w:r w:rsidR="00CB73EF">
        <w:t xml:space="preserve"> </w:t>
      </w:r>
      <w:r w:rsidR="005449AE" w:rsidRPr="0049251F">
        <w:t>Coordinator</w:t>
      </w:r>
      <w:r>
        <w:t>:</w:t>
      </w:r>
    </w:p>
    <w:p w14:paraId="2DE1EF70" w14:textId="598E6C81" w:rsidR="00B670A1" w:rsidRPr="0049251F" w:rsidRDefault="00B670A1" w:rsidP="00B670A1">
      <w:pPr>
        <w:pStyle w:val="ListParagraph"/>
      </w:pPr>
      <w:r>
        <w:t>Contact</w:t>
      </w:r>
      <w:r w:rsidR="00CB73EF">
        <w:t xml:space="preserve"> </w:t>
      </w:r>
      <w:r>
        <w:t>Details</w:t>
      </w:r>
    </w:p>
    <w:p w14:paraId="661FF6A9" w14:textId="493EF13C" w:rsidR="00B670A1" w:rsidRDefault="00B670A1" w:rsidP="00B670A1">
      <w:r>
        <w:lastRenderedPageBreak/>
        <w:t>Contact</w:t>
      </w:r>
      <w:r w:rsidR="00CB73EF">
        <w:t xml:space="preserve"> </w:t>
      </w:r>
      <w:r>
        <w:t>details</w:t>
      </w:r>
      <w:r w:rsidR="00CB73EF">
        <w:t xml:space="preserve"> </w:t>
      </w:r>
      <w:r>
        <w:t>for</w:t>
      </w:r>
      <w:r w:rsidR="00CB73EF">
        <w:t xml:space="preserve"> </w:t>
      </w:r>
      <w:r>
        <w:t>your</w:t>
      </w:r>
      <w:r w:rsidR="00CB73EF">
        <w:t xml:space="preserve"> </w:t>
      </w:r>
      <w:r>
        <w:t>local</w:t>
      </w:r>
      <w:r w:rsidR="00CB73EF">
        <w:t xml:space="preserve"> </w:t>
      </w:r>
      <w:r>
        <w:t>Health</w:t>
      </w:r>
      <w:r w:rsidR="00CB73EF">
        <w:t xml:space="preserve"> </w:t>
      </w:r>
      <w:r>
        <w:t>Board</w:t>
      </w:r>
      <w:r w:rsidR="00CB73EF">
        <w:t xml:space="preserve"> </w:t>
      </w:r>
      <w:r>
        <w:t>Long</w:t>
      </w:r>
      <w:r w:rsidR="00CB73EF">
        <w:t xml:space="preserve"> </w:t>
      </w:r>
      <w:r>
        <w:t>Term</w:t>
      </w:r>
      <w:r w:rsidR="00CB73EF">
        <w:t xml:space="preserve"> </w:t>
      </w:r>
      <w:r>
        <w:t>Care</w:t>
      </w:r>
      <w:r w:rsidR="00CB73EF">
        <w:t xml:space="preserve"> </w:t>
      </w:r>
      <w:r>
        <w:t>or</w:t>
      </w:r>
      <w:r w:rsidR="00CB73EF">
        <w:t xml:space="preserve"> </w:t>
      </w:r>
      <w:r>
        <w:t>Complex</w:t>
      </w:r>
      <w:r w:rsidR="00CB73EF">
        <w:t xml:space="preserve"> </w:t>
      </w:r>
      <w:r>
        <w:t>Care</w:t>
      </w:r>
      <w:r w:rsidR="00CB73EF">
        <w:t xml:space="preserve"> </w:t>
      </w:r>
      <w:r>
        <w:t>Team:</w:t>
      </w:r>
    </w:p>
    <w:p w14:paraId="15924939" w14:textId="78AFDA62" w:rsidR="00B670A1" w:rsidRPr="0049251F" w:rsidRDefault="00B670A1" w:rsidP="00B670A1">
      <w:pPr>
        <w:pStyle w:val="ListParagraph"/>
      </w:pPr>
      <w:r>
        <w:t>Contact</w:t>
      </w:r>
      <w:r w:rsidR="00CB73EF">
        <w:t xml:space="preserve"> </w:t>
      </w:r>
      <w:r>
        <w:t>Details</w:t>
      </w:r>
    </w:p>
    <w:p w14:paraId="1E273C8F" w14:textId="63035087" w:rsidR="003C2739" w:rsidRDefault="003C2739" w:rsidP="0049251F">
      <w:r>
        <w:t>Further</w:t>
      </w:r>
      <w:r w:rsidR="00CB73EF">
        <w:t xml:space="preserve"> </w:t>
      </w:r>
      <w:r>
        <w:t>information</w:t>
      </w:r>
      <w:r w:rsidR="00CB73EF">
        <w:t xml:space="preserve"> </w:t>
      </w:r>
      <w:r>
        <w:t>about</w:t>
      </w:r>
      <w:r w:rsidR="00CB73EF">
        <w:t xml:space="preserve"> </w:t>
      </w:r>
      <w:r>
        <w:t>Direct</w:t>
      </w:r>
      <w:r w:rsidR="00CB73EF">
        <w:t xml:space="preserve"> </w:t>
      </w:r>
      <w:r>
        <w:t>Payments</w:t>
      </w:r>
      <w:r w:rsidR="00CB73EF">
        <w:t xml:space="preserve"> </w:t>
      </w:r>
      <w:r>
        <w:t>for</w:t>
      </w:r>
      <w:r w:rsidR="00CB73EF">
        <w:t xml:space="preserve"> </w:t>
      </w:r>
      <w:r>
        <w:t>Continuing</w:t>
      </w:r>
      <w:r w:rsidR="00CB73EF">
        <w:t xml:space="preserve"> </w:t>
      </w:r>
      <w:r>
        <w:t>NHS</w:t>
      </w:r>
      <w:r w:rsidR="00CB73EF">
        <w:t xml:space="preserve"> </w:t>
      </w:r>
      <w:r>
        <w:t>Healthcare</w:t>
      </w:r>
      <w:r w:rsidR="00CB73EF">
        <w:t xml:space="preserve"> </w:t>
      </w:r>
      <w:r>
        <w:t>is</w:t>
      </w:r>
      <w:r w:rsidR="00CB73EF">
        <w:t xml:space="preserve"> </w:t>
      </w:r>
      <w:r>
        <w:t>available</w:t>
      </w:r>
      <w:r w:rsidR="00CB73EF">
        <w:t xml:space="preserve"> </w:t>
      </w:r>
      <w:r>
        <w:t>from</w:t>
      </w:r>
      <w:r w:rsidR="00CB73EF">
        <w:t xml:space="preserve"> </w:t>
      </w:r>
      <w:r>
        <w:t>your</w:t>
      </w:r>
      <w:r w:rsidR="00CB73EF">
        <w:t xml:space="preserve"> </w:t>
      </w:r>
      <w:r>
        <w:t>local</w:t>
      </w:r>
      <w:r w:rsidR="00CB73EF">
        <w:t xml:space="preserve"> </w:t>
      </w:r>
      <w:r>
        <w:t>Health</w:t>
      </w:r>
      <w:r w:rsidR="00CB73EF">
        <w:t xml:space="preserve"> </w:t>
      </w:r>
      <w:r>
        <w:t>Board</w:t>
      </w:r>
      <w:r w:rsidR="00CB73EF">
        <w:t xml:space="preserve"> </w:t>
      </w:r>
      <w:r>
        <w:t>website:</w:t>
      </w:r>
    </w:p>
    <w:p w14:paraId="546F0215" w14:textId="3EEBC2BD" w:rsidR="003C2739" w:rsidRDefault="003C2739" w:rsidP="003C2739">
      <w:pPr>
        <w:pStyle w:val="ListParagraph"/>
      </w:pPr>
      <w:r>
        <w:t>Contact</w:t>
      </w:r>
      <w:r w:rsidR="00CB73EF">
        <w:t xml:space="preserve"> </w:t>
      </w:r>
      <w:r>
        <w:t>Details</w:t>
      </w:r>
    </w:p>
    <w:p w14:paraId="4A2FBABE" w14:textId="103AC8BD" w:rsidR="00772E3E" w:rsidRDefault="0060361A" w:rsidP="0049251F">
      <w:r w:rsidRPr="0049251F">
        <w:t>Please</w:t>
      </w:r>
      <w:r w:rsidR="00CB73EF">
        <w:t xml:space="preserve"> </w:t>
      </w:r>
      <w:r w:rsidR="00B670A1">
        <w:t>talk</w:t>
      </w:r>
      <w:r w:rsidR="00CB73EF">
        <w:t xml:space="preserve"> </w:t>
      </w:r>
      <w:r w:rsidR="00B670A1">
        <w:t>to</w:t>
      </w:r>
      <w:r w:rsidR="00CB73EF">
        <w:t xml:space="preserve"> </w:t>
      </w:r>
      <w:r w:rsidR="00B670A1">
        <w:t>your</w:t>
      </w:r>
      <w:r w:rsidR="00CB73EF">
        <w:t xml:space="preserve"> </w:t>
      </w:r>
      <w:r w:rsidR="00B670A1">
        <w:t>Continuing</w:t>
      </w:r>
      <w:r w:rsidR="00CB73EF">
        <w:t xml:space="preserve"> </w:t>
      </w:r>
      <w:r w:rsidR="00B670A1">
        <w:t>NHS</w:t>
      </w:r>
      <w:r w:rsidR="00CB73EF">
        <w:t xml:space="preserve"> </w:t>
      </w:r>
      <w:r w:rsidR="00B670A1">
        <w:t>Healthcare</w:t>
      </w:r>
      <w:r w:rsidR="00CB73EF">
        <w:t xml:space="preserve"> </w:t>
      </w:r>
      <w:r w:rsidR="00B670A1">
        <w:t>Care</w:t>
      </w:r>
      <w:r w:rsidR="00CB73EF">
        <w:t xml:space="preserve"> </w:t>
      </w:r>
      <w:r w:rsidR="00B670A1">
        <w:t>Coordinator</w:t>
      </w:r>
      <w:r w:rsidR="00CB73EF">
        <w:t xml:space="preserve"> </w:t>
      </w:r>
      <w:r w:rsidR="00B670A1">
        <w:t>if</w:t>
      </w:r>
      <w:r w:rsidR="00CB73EF">
        <w:t xml:space="preserve"> </w:t>
      </w:r>
      <w:r w:rsidR="00B670A1">
        <w:t>you</w:t>
      </w:r>
      <w:r w:rsidR="00CB73EF">
        <w:t xml:space="preserve"> </w:t>
      </w:r>
      <w:r w:rsidR="00B670A1">
        <w:t>need</w:t>
      </w:r>
      <w:r w:rsidR="00CB73EF">
        <w:t xml:space="preserve"> </w:t>
      </w:r>
      <w:r w:rsidR="00B670A1">
        <w:t>this</w:t>
      </w:r>
      <w:r w:rsidR="00CB73EF">
        <w:t xml:space="preserve"> </w:t>
      </w:r>
      <w:r w:rsidR="00B670A1">
        <w:t>information</w:t>
      </w:r>
      <w:r w:rsidR="00CB73EF">
        <w:t xml:space="preserve"> </w:t>
      </w:r>
      <w:r w:rsidR="00B670A1">
        <w:t>in</w:t>
      </w:r>
      <w:r w:rsidR="00CB73EF">
        <w:t xml:space="preserve"> </w:t>
      </w:r>
      <w:r w:rsidR="00B670A1">
        <w:t>a</w:t>
      </w:r>
      <w:r w:rsidR="00CB73EF">
        <w:t xml:space="preserve"> </w:t>
      </w:r>
      <w:r w:rsidR="00B670A1">
        <w:t>different</w:t>
      </w:r>
      <w:r w:rsidR="00CB73EF">
        <w:t xml:space="preserve"> </w:t>
      </w:r>
      <w:r w:rsidR="00B670A1">
        <w:t>format</w:t>
      </w:r>
      <w:r w:rsidR="005449AE" w:rsidRPr="0049251F">
        <w:t>.</w:t>
      </w:r>
    </w:p>
    <w:p w14:paraId="264B261F" w14:textId="39A0D457" w:rsidR="00D649CF" w:rsidRDefault="00D649CF" w:rsidP="0049251F">
      <w:r>
        <w:t>Last</w:t>
      </w:r>
      <w:r w:rsidR="00CB73EF">
        <w:t xml:space="preserve"> </w:t>
      </w:r>
      <w:r>
        <w:t>updated</w:t>
      </w:r>
      <w:r w:rsidR="00CB73EF">
        <w:t xml:space="preserve"> </w:t>
      </w:r>
      <w:r w:rsidR="003C2739">
        <w:t>March</w:t>
      </w:r>
      <w:r w:rsidR="00CB73EF">
        <w:t xml:space="preserve"> </w:t>
      </w:r>
      <w:r w:rsidR="003C2739">
        <w:t>2026.</w:t>
      </w:r>
    </w:p>
    <w:p w14:paraId="7D98D9DA" w14:textId="77777777" w:rsidR="003C2739" w:rsidRPr="0049251F" w:rsidRDefault="003C2739" w:rsidP="0049251F"/>
    <w:sectPr w:rsidR="003C2739" w:rsidRPr="0049251F" w:rsidSect="0049251F">
      <w:footerReference w:type="default" r:id="rId11"/>
      <w:pgSz w:w="12240" w:h="15840"/>
      <w:pgMar w:top="1440" w:right="1701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D14F1" w14:textId="77777777" w:rsidR="00195A81" w:rsidRDefault="00195A81" w:rsidP="0049251F">
      <w:r>
        <w:separator/>
      </w:r>
    </w:p>
  </w:endnote>
  <w:endnote w:type="continuationSeparator" w:id="0">
    <w:p w14:paraId="359FA38A" w14:textId="77777777" w:rsidR="00195A81" w:rsidRDefault="00195A81" w:rsidP="00492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DE55" w14:textId="5ED68732" w:rsidR="0049251F" w:rsidRPr="0049251F" w:rsidRDefault="0049251F" w:rsidP="0049251F">
    <w:pPr>
      <w:pStyle w:val="Footer"/>
    </w:pPr>
    <w:r w:rsidRPr="0049251F">
      <w:fldChar w:fldCharType="begin"/>
    </w:r>
    <w:r w:rsidRPr="0049251F">
      <w:instrText>PAGE   \* MERGEFORMAT</w:instrText>
    </w:r>
    <w:r w:rsidRPr="0049251F">
      <w:fldChar w:fldCharType="separate"/>
    </w:r>
    <w:r w:rsidRPr="0049251F">
      <w:t>1</w:t>
    </w:r>
    <w:r w:rsidRPr="0049251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4C6FC" w14:textId="77777777" w:rsidR="00195A81" w:rsidRDefault="00195A81" w:rsidP="0049251F">
      <w:r>
        <w:separator/>
      </w:r>
    </w:p>
  </w:footnote>
  <w:footnote w:type="continuationSeparator" w:id="0">
    <w:p w14:paraId="27A5F6FD" w14:textId="77777777" w:rsidR="00195A81" w:rsidRDefault="00195A81" w:rsidP="00492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D16580"/>
    <w:multiLevelType w:val="hybridMultilevel"/>
    <w:tmpl w:val="4822B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595C4E"/>
    <w:multiLevelType w:val="multilevel"/>
    <w:tmpl w:val="A912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E2B38E2"/>
    <w:multiLevelType w:val="hybridMultilevel"/>
    <w:tmpl w:val="3D008C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C03507"/>
    <w:multiLevelType w:val="hybridMultilevel"/>
    <w:tmpl w:val="574EB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E87864"/>
    <w:multiLevelType w:val="hybridMultilevel"/>
    <w:tmpl w:val="DA8CA616"/>
    <w:lvl w:ilvl="0" w:tplc="32C0770C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50434B"/>
    <w:multiLevelType w:val="hybridMultilevel"/>
    <w:tmpl w:val="254AFE58"/>
    <w:lvl w:ilvl="0" w:tplc="A2865CFE">
      <w:numFmt w:val="bullet"/>
      <w:lvlText w:val="•"/>
      <w:lvlJc w:val="left"/>
      <w:pPr>
        <w:ind w:left="720" w:hanging="360"/>
      </w:pPr>
      <w:rPr>
        <w:rFonts w:ascii="Verdana" w:eastAsiaTheme="minorEastAsia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F2950"/>
    <w:multiLevelType w:val="hybridMultilevel"/>
    <w:tmpl w:val="331AE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840D4"/>
    <w:multiLevelType w:val="hybridMultilevel"/>
    <w:tmpl w:val="12E67FFC"/>
    <w:lvl w:ilvl="0" w:tplc="6978A07A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22AE7"/>
    <w:multiLevelType w:val="hybridMultilevel"/>
    <w:tmpl w:val="27901CB2"/>
    <w:lvl w:ilvl="0" w:tplc="6978A07A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31D11"/>
    <w:multiLevelType w:val="multilevel"/>
    <w:tmpl w:val="7D3C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890066E"/>
    <w:multiLevelType w:val="multilevel"/>
    <w:tmpl w:val="9DA4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A475588"/>
    <w:multiLevelType w:val="multilevel"/>
    <w:tmpl w:val="FE30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106160"/>
    <w:multiLevelType w:val="hybridMultilevel"/>
    <w:tmpl w:val="D8ACF67C"/>
    <w:lvl w:ilvl="0" w:tplc="A2865CFE">
      <w:numFmt w:val="bullet"/>
      <w:lvlText w:val="•"/>
      <w:lvlJc w:val="left"/>
      <w:pPr>
        <w:ind w:left="720" w:hanging="360"/>
      </w:pPr>
      <w:rPr>
        <w:rFonts w:ascii="Verdana" w:eastAsiaTheme="minorEastAsia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A50AB"/>
    <w:multiLevelType w:val="hybridMultilevel"/>
    <w:tmpl w:val="D1A66084"/>
    <w:lvl w:ilvl="0" w:tplc="A2865CFE">
      <w:numFmt w:val="bullet"/>
      <w:lvlText w:val="•"/>
      <w:lvlJc w:val="left"/>
      <w:pPr>
        <w:ind w:left="720" w:hanging="360"/>
      </w:pPr>
      <w:rPr>
        <w:rFonts w:ascii="Verdana" w:eastAsiaTheme="minorEastAsia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F45B03"/>
    <w:multiLevelType w:val="hybridMultilevel"/>
    <w:tmpl w:val="4AAAC9F2"/>
    <w:lvl w:ilvl="0" w:tplc="BEB4892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356060"/>
    <w:multiLevelType w:val="multilevel"/>
    <w:tmpl w:val="29E4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0643992">
    <w:abstractNumId w:val="8"/>
  </w:num>
  <w:num w:numId="2" w16cid:durableId="951591910">
    <w:abstractNumId w:val="6"/>
  </w:num>
  <w:num w:numId="3" w16cid:durableId="286088503">
    <w:abstractNumId w:val="5"/>
  </w:num>
  <w:num w:numId="4" w16cid:durableId="159084537">
    <w:abstractNumId w:val="4"/>
  </w:num>
  <w:num w:numId="5" w16cid:durableId="1309433678">
    <w:abstractNumId w:val="7"/>
  </w:num>
  <w:num w:numId="6" w16cid:durableId="1143617947">
    <w:abstractNumId w:val="3"/>
  </w:num>
  <w:num w:numId="7" w16cid:durableId="1750149972">
    <w:abstractNumId w:val="2"/>
  </w:num>
  <w:num w:numId="8" w16cid:durableId="1876115973">
    <w:abstractNumId w:val="1"/>
  </w:num>
  <w:num w:numId="9" w16cid:durableId="921179353">
    <w:abstractNumId w:val="0"/>
  </w:num>
  <w:num w:numId="10" w16cid:durableId="436218276">
    <w:abstractNumId w:val="20"/>
  </w:num>
  <w:num w:numId="11" w16cid:durableId="1396932093">
    <w:abstractNumId w:val="11"/>
  </w:num>
  <w:num w:numId="12" w16cid:durableId="173151159">
    <w:abstractNumId w:val="12"/>
  </w:num>
  <w:num w:numId="13" w16cid:durableId="303126965">
    <w:abstractNumId w:val="16"/>
  </w:num>
  <w:num w:numId="14" w16cid:durableId="1556156928">
    <w:abstractNumId w:val="17"/>
  </w:num>
  <w:num w:numId="15" w16cid:durableId="1731927815">
    <w:abstractNumId w:val="9"/>
  </w:num>
  <w:num w:numId="16" w16cid:durableId="362949502">
    <w:abstractNumId w:val="15"/>
  </w:num>
  <w:num w:numId="17" w16cid:durableId="1213729214">
    <w:abstractNumId w:val="23"/>
  </w:num>
  <w:num w:numId="18" w16cid:durableId="1977518">
    <w:abstractNumId w:val="10"/>
  </w:num>
  <w:num w:numId="19" w16cid:durableId="1005939954">
    <w:abstractNumId w:val="19"/>
  </w:num>
  <w:num w:numId="20" w16cid:durableId="185290703">
    <w:abstractNumId w:val="18"/>
  </w:num>
  <w:num w:numId="21" w16cid:durableId="1025524214">
    <w:abstractNumId w:val="24"/>
  </w:num>
  <w:num w:numId="22" w16cid:durableId="1363435216">
    <w:abstractNumId w:val="13"/>
  </w:num>
  <w:num w:numId="23" w16cid:durableId="1999916005">
    <w:abstractNumId w:val="14"/>
  </w:num>
  <w:num w:numId="24" w16cid:durableId="1222205098">
    <w:abstractNumId w:val="22"/>
  </w:num>
  <w:num w:numId="25" w16cid:durableId="15232782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ACD"/>
    <w:rsid w:val="0003006F"/>
    <w:rsid w:val="00034616"/>
    <w:rsid w:val="0006063C"/>
    <w:rsid w:val="00077816"/>
    <w:rsid w:val="000948CE"/>
    <w:rsid w:val="000A13C6"/>
    <w:rsid w:val="000A57D3"/>
    <w:rsid w:val="000F54C6"/>
    <w:rsid w:val="00146DEE"/>
    <w:rsid w:val="0015074B"/>
    <w:rsid w:val="0015587D"/>
    <w:rsid w:val="00186F36"/>
    <w:rsid w:val="00195A81"/>
    <w:rsid w:val="001F5F6C"/>
    <w:rsid w:val="00213082"/>
    <w:rsid w:val="0022219A"/>
    <w:rsid w:val="00256EE0"/>
    <w:rsid w:val="002878A0"/>
    <w:rsid w:val="0029639D"/>
    <w:rsid w:val="00296835"/>
    <w:rsid w:val="0030173E"/>
    <w:rsid w:val="00326F90"/>
    <w:rsid w:val="003462CB"/>
    <w:rsid w:val="003C051C"/>
    <w:rsid w:val="003C2739"/>
    <w:rsid w:val="003D51A0"/>
    <w:rsid w:val="003F284D"/>
    <w:rsid w:val="00407366"/>
    <w:rsid w:val="00454040"/>
    <w:rsid w:val="00460C3D"/>
    <w:rsid w:val="0049251F"/>
    <w:rsid w:val="004B6226"/>
    <w:rsid w:val="00524029"/>
    <w:rsid w:val="005270B9"/>
    <w:rsid w:val="005449AE"/>
    <w:rsid w:val="005E4B0F"/>
    <w:rsid w:val="005F5555"/>
    <w:rsid w:val="0060361A"/>
    <w:rsid w:val="00612C2A"/>
    <w:rsid w:val="00637021"/>
    <w:rsid w:val="00646C8D"/>
    <w:rsid w:val="00647669"/>
    <w:rsid w:val="00647C11"/>
    <w:rsid w:val="00653EA7"/>
    <w:rsid w:val="006838D6"/>
    <w:rsid w:val="006D0999"/>
    <w:rsid w:val="00703484"/>
    <w:rsid w:val="00725C25"/>
    <w:rsid w:val="00733D9C"/>
    <w:rsid w:val="00750615"/>
    <w:rsid w:val="00772E3E"/>
    <w:rsid w:val="00774044"/>
    <w:rsid w:val="007A5477"/>
    <w:rsid w:val="007A5EAB"/>
    <w:rsid w:val="007B1FF9"/>
    <w:rsid w:val="007C528B"/>
    <w:rsid w:val="007E5296"/>
    <w:rsid w:val="007F234D"/>
    <w:rsid w:val="00824CEA"/>
    <w:rsid w:val="00843249"/>
    <w:rsid w:val="00866BD6"/>
    <w:rsid w:val="008B2834"/>
    <w:rsid w:val="00946CBA"/>
    <w:rsid w:val="00952818"/>
    <w:rsid w:val="00A37286"/>
    <w:rsid w:val="00A40A62"/>
    <w:rsid w:val="00AA1D8D"/>
    <w:rsid w:val="00B25E09"/>
    <w:rsid w:val="00B47730"/>
    <w:rsid w:val="00B670A1"/>
    <w:rsid w:val="00B9514E"/>
    <w:rsid w:val="00BA6B8E"/>
    <w:rsid w:val="00BA7703"/>
    <w:rsid w:val="00BC0AF3"/>
    <w:rsid w:val="00C51867"/>
    <w:rsid w:val="00CB0664"/>
    <w:rsid w:val="00CB73EF"/>
    <w:rsid w:val="00CE36DF"/>
    <w:rsid w:val="00D33D9A"/>
    <w:rsid w:val="00D50630"/>
    <w:rsid w:val="00D64603"/>
    <w:rsid w:val="00D649CF"/>
    <w:rsid w:val="00D66115"/>
    <w:rsid w:val="00E4526F"/>
    <w:rsid w:val="00E72EFE"/>
    <w:rsid w:val="00EB2419"/>
    <w:rsid w:val="00F00BBD"/>
    <w:rsid w:val="00F03C8B"/>
    <w:rsid w:val="00F639E3"/>
    <w:rsid w:val="00FC693F"/>
    <w:rsid w:val="00FD30F3"/>
    <w:rsid w:val="00FE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728956"/>
  <w14:defaultImageDpi w14:val="300"/>
  <w15:docId w15:val="{81975B81-92BB-4339-8038-A5A7C034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51F"/>
    <w:rPr>
      <w:rFonts w:ascii="Verdana" w:hAnsi="Verdana" w:cs="Arial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251F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0999"/>
    <w:pPr>
      <w:keepNext/>
      <w:keepLines/>
      <w:spacing w:before="600" w:after="120"/>
      <w:outlineLvl w:val="1"/>
    </w:pPr>
    <w:rPr>
      <w:rFonts w:eastAsiaTheme="majorEastAsia" w:cstheme="majorBidi"/>
      <w:b/>
      <w:bCs/>
      <w:color w:val="325A8A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9251F"/>
    <w:rPr>
      <w:rFonts w:ascii="Verdana" w:hAnsi="Verdan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0999"/>
    <w:rPr>
      <w:rFonts w:ascii="Verdana" w:eastAsiaTheme="majorEastAsia" w:hAnsi="Verdana" w:cstheme="majorBidi"/>
      <w:b/>
      <w:bCs/>
      <w:color w:val="325A8A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49251F"/>
    <w:pPr>
      <w:numPr>
        <w:numId w:val="22"/>
      </w:numPr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C0A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AF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FE2924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FE2924"/>
    <w:pPr>
      <w:spacing w:after="0" w:line="240" w:lineRule="auto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2924"/>
    <w:rPr>
      <w:rFonts w:eastAsiaTheme="minorHAnsi"/>
      <w:kern w:val="2"/>
      <w:sz w:val="20"/>
      <w:szCs w:val="20"/>
      <w:lang w:val="en-GB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FE29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d926354-007a-4d40-b257-e9de287da4d0">
      <Terms xmlns="http://schemas.microsoft.com/office/infopath/2007/PartnerControls"/>
    </lcf76f155ced4ddcb4097134ff3c332f>
    <TaxCatchAll xmlns="97371eb5-bf3e-4b44-be1c-1d6b91d96ea1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DFC4C6BBD0B41A7EB5B6F6E5DDB12" ma:contentTypeVersion="20" ma:contentTypeDescription="Create a new document." ma:contentTypeScope="" ma:versionID="e4e6507d3d96f469b05b408b55ebe75b">
  <xsd:schema xmlns:xsd="http://www.w3.org/2001/XMLSchema" xmlns:xs="http://www.w3.org/2001/XMLSchema" xmlns:p="http://schemas.microsoft.com/office/2006/metadata/properties" xmlns:ns1="http://schemas.microsoft.com/sharepoint/v3" xmlns:ns2="5d926354-007a-4d40-b257-e9de287da4d0" xmlns:ns3="97371eb5-bf3e-4b44-be1c-1d6b91d96ea1" targetNamespace="http://schemas.microsoft.com/office/2006/metadata/properties" ma:root="true" ma:fieldsID="e1cca026f43355039e27ef38e063063a" ns1:_="" ns2:_="" ns3:_="">
    <xsd:import namespace="http://schemas.microsoft.com/sharepoint/v3"/>
    <xsd:import namespace="5d926354-007a-4d40-b257-e9de287da4d0"/>
    <xsd:import namespace="97371eb5-bf3e-4b44-be1c-1d6b91d96e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26354-007a-4d40-b257-e9de287da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71eb5-bf3e-4b44-be1c-1d6b91d96ea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b83f29c-6bb6-4305-b4e3-4cced67a92ef}" ma:internalName="TaxCatchAll" ma:showField="CatchAllData" ma:web="97371eb5-bf3e-4b44-be1c-1d6b91d96e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F2A9C7-4866-4D40-81E0-87AEFA537EE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d926354-007a-4d40-b257-e9de287da4d0"/>
    <ds:schemaRef ds:uri="97371eb5-bf3e-4b44-be1c-1d6b91d96ea1"/>
  </ds:schemaRefs>
</ds:datastoreItem>
</file>

<file path=customXml/itemProps3.xml><?xml version="1.0" encoding="utf-8"?>
<ds:datastoreItem xmlns:ds="http://schemas.openxmlformats.org/officeDocument/2006/customXml" ds:itemID="{EF0B3486-8BCC-4AB3-8911-8263D0571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926354-007a-4d40-b257-e9de287da4d0"/>
    <ds:schemaRef ds:uri="97371eb5-bf3e-4b44-be1c-1d6b91d96e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00A95F-8D17-44BE-AB18-569FC7709A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1459</Words>
  <Characters>7349</Characters>
  <Application>Microsoft Office Word</Application>
  <DocSecurity>0</DocSecurity>
  <Lines>202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Adrian Osborne (PTHB - Communications)</cp:lastModifiedBy>
  <cp:revision>19</cp:revision>
  <cp:lastPrinted>2026-03-20T09:36:00Z</cp:lastPrinted>
  <dcterms:created xsi:type="dcterms:W3CDTF">2026-03-19T17:23:00Z</dcterms:created>
  <dcterms:modified xsi:type="dcterms:W3CDTF">2026-03-20T09:36:00Z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0x010100A7BDFC4C6BBD0B41A7EB5B6F6E5DDB12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