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2919" w14:textId="77777777" w:rsidR="00C01DAE" w:rsidRPr="00CC7E06" w:rsidRDefault="00FE2924" w:rsidP="0049251F">
      <w:pPr>
        <w:pStyle w:val="Heading1"/>
        <w:rPr>
          <w:rFonts w:ascii="Arial" w:hAnsi="Arial"/>
          <w:color w:val="002060"/>
        </w:rPr>
      </w:pPr>
      <w:r w:rsidRPr="00CC7E06">
        <w:rPr>
          <w:rFonts w:ascii="Arial" w:hAnsi="Arial"/>
          <w:color w:val="002060"/>
        </w:rPr>
        <w:t>Direct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Payments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for</w:t>
      </w:r>
      <w:r w:rsidR="00CB73EF" w:rsidRPr="00CC7E06">
        <w:rPr>
          <w:rFonts w:ascii="Arial" w:hAnsi="Arial"/>
          <w:color w:val="002060"/>
        </w:rPr>
        <w:t xml:space="preserve"> </w:t>
      </w:r>
      <w:r w:rsidR="0049251F" w:rsidRPr="00CC7E06">
        <w:rPr>
          <w:rFonts w:ascii="Arial" w:hAnsi="Arial"/>
          <w:color w:val="002060"/>
        </w:rPr>
        <w:t>Continuing</w:t>
      </w:r>
      <w:r w:rsidR="00CB73EF" w:rsidRPr="00CC7E06">
        <w:rPr>
          <w:rFonts w:ascii="Arial" w:hAnsi="Arial"/>
          <w:color w:val="002060"/>
        </w:rPr>
        <w:t xml:space="preserve"> </w:t>
      </w:r>
      <w:r w:rsidR="0049251F" w:rsidRPr="00CC7E06">
        <w:rPr>
          <w:rFonts w:ascii="Arial" w:hAnsi="Arial"/>
          <w:color w:val="002060"/>
        </w:rPr>
        <w:t>NHS</w:t>
      </w:r>
      <w:r w:rsidR="00CB73EF" w:rsidRPr="00CC7E06">
        <w:rPr>
          <w:rFonts w:ascii="Arial" w:hAnsi="Arial"/>
          <w:color w:val="002060"/>
        </w:rPr>
        <w:t xml:space="preserve"> </w:t>
      </w:r>
      <w:r w:rsidR="0049251F" w:rsidRPr="00CC7E06">
        <w:rPr>
          <w:rFonts w:ascii="Arial" w:hAnsi="Arial"/>
          <w:color w:val="002060"/>
        </w:rPr>
        <w:t>Healthcare</w:t>
      </w:r>
      <w:r w:rsidR="00CB73EF" w:rsidRPr="00CC7E06">
        <w:rPr>
          <w:rFonts w:ascii="Arial" w:hAnsi="Arial"/>
          <w:color w:val="002060"/>
        </w:rPr>
        <w:t xml:space="preserve"> </w:t>
      </w:r>
    </w:p>
    <w:p w14:paraId="258F5FD5" w14:textId="09D6581E" w:rsidR="00256EE0" w:rsidRPr="00CC7E06" w:rsidRDefault="0049251F" w:rsidP="0049251F">
      <w:pPr>
        <w:pStyle w:val="Heading1"/>
        <w:rPr>
          <w:rFonts w:ascii="Arial" w:hAnsi="Arial"/>
          <w:color w:val="002060"/>
        </w:rPr>
      </w:pPr>
      <w:r w:rsidRPr="00CC7E06">
        <w:rPr>
          <w:rFonts w:ascii="Arial" w:hAnsi="Arial"/>
          <w:color w:val="002060"/>
        </w:rPr>
        <w:t>Information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for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Patient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and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the</w:t>
      </w:r>
      <w:r w:rsidR="00CB73EF" w:rsidRPr="00CC7E06">
        <w:rPr>
          <w:rFonts w:ascii="Arial" w:hAnsi="Arial"/>
          <w:color w:val="002060"/>
        </w:rPr>
        <w:t xml:space="preserve"> </w:t>
      </w:r>
      <w:r w:rsidRPr="00CC7E06">
        <w:rPr>
          <w:rFonts w:ascii="Arial" w:hAnsi="Arial"/>
          <w:color w:val="002060"/>
        </w:rPr>
        <w:t>Public</w:t>
      </w:r>
    </w:p>
    <w:p w14:paraId="253DE293" w14:textId="41B738F1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="00E72EFE" w:rsidRPr="002C4A1F">
        <w:rPr>
          <w:rFonts w:ascii="Arial" w:hAnsi="Arial"/>
        </w:rPr>
        <w:t xml:space="preserve">available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Wales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from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April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2026.</w:t>
      </w:r>
    </w:p>
    <w:p w14:paraId="2EF47291" w14:textId="67F44CD7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enable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services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yourself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instead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receiving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package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NHS.</w:t>
      </w:r>
      <w:r w:rsidR="00CB73EF" w:rsidRPr="002C4A1F">
        <w:rPr>
          <w:rFonts w:ascii="Arial" w:hAnsi="Arial"/>
        </w:rPr>
        <w:t xml:space="preserve"> </w:t>
      </w:r>
    </w:p>
    <w:p w14:paraId="7D63B840" w14:textId="1C74B8F9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assessment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eligible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proofErr w:type="gramStart"/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order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proofErr w:type="gramEnd"/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receive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Payments.</w:t>
      </w:r>
      <w:r w:rsidR="00CB73EF" w:rsidRPr="002C4A1F">
        <w:rPr>
          <w:rFonts w:ascii="Arial" w:hAnsi="Arial"/>
        </w:rPr>
        <w:t xml:space="preserve"> </w:t>
      </w:r>
    </w:p>
    <w:p w14:paraId="261D0FAF" w14:textId="1F5C9533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control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over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D649CF"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="00D649CF"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important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choices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about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Healthcare.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however,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used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which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social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services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should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help.</w:t>
      </w:r>
      <w:r w:rsidR="00CB73EF" w:rsidRPr="002C4A1F">
        <w:rPr>
          <w:rFonts w:ascii="Arial" w:hAnsi="Arial"/>
        </w:rPr>
        <w:t xml:space="preserve"> </w:t>
      </w:r>
    </w:p>
    <w:p w14:paraId="540204D7" w14:textId="5BB88916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eligible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satisfied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either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alone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support.</w:t>
      </w:r>
      <w:r w:rsidR="00CB73EF" w:rsidRPr="002C4A1F">
        <w:rPr>
          <w:rFonts w:ascii="Arial" w:hAnsi="Arial"/>
        </w:rPr>
        <w:t xml:space="preserve"> </w:t>
      </w:r>
    </w:p>
    <w:p w14:paraId="2C285853" w14:textId="3F3B4761" w:rsidR="00256EE0" w:rsidRPr="00CC7E06" w:rsidRDefault="00256EE0" w:rsidP="006D0999">
      <w:pPr>
        <w:pStyle w:val="Heading2"/>
        <w:rPr>
          <w:rFonts w:ascii="Arial" w:hAnsi="Arial" w:cs="Arial"/>
          <w:color w:val="002060"/>
        </w:rPr>
      </w:pPr>
      <w:r w:rsidRPr="00CC7E06">
        <w:rPr>
          <w:rFonts w:ascii="Arial" w:hAnsi="Arial" w:cs="Arial"/>
          <w:color w:val="002060"/>
        </w:rPr>
        <w:t>What</w:t>
      </w:r>
      <w:r w:rsidR="00CB73EF" w:rsidRPr="00CC7E06">
        <w:rPr>
          <w:rFonts w:ascii="Arial" w:hAnsi="Arial" w:cs="Arial"/>
          <w:color w:val="002060"/>
        </w:rPr>
        <w:t xml:space="preserve"> </w:t>
      </w:r>
      <w:r w:rsidRPr="00CC7E06">
        <w:rPr>
          <w:rFonts w:ascii="Arial" w:hAnsi="Arial" w:cs="Arial"/>
          <w:color w:val="002060"/>
        </w:rPr>
        <w:t>are</w:t>
      </w:r>
      <w:r w:rsidR="00CB73EF" w:rsidRPr="00CC7E06">
        <w:rPr>
          <w:rFonts w:ascii="Arial" w:hAnsi="Arial" w:cs="Arial"/>
          <w:color w:val="002060"/>
        </w:rPr>
        <w:t xml:space="preserve"> </w:t>
      </w:r>
      <w:r w:rsidRPr="00CC7E06">
        <w:rPr>
          <w:rFonts w:ascii="Arial" w:hAnsi="Arial" w:cs="Arial"/>
          <w:color w:val="002060"/>
        </w:rPr>
        <w:t>Direct</w:t>
      </w:r>
      <w:r w:rsidR="00CB73EF" w:rsidRPr="00CC7E06">
        <w:rPr>
          <w:rFonts w:ascii="Arial" w:hAnsi="Arial" w:cs="Arial"/>
          <w:color w:val="002060"/>
        </w:rPr>
        <w:t xml:space="preserve"> </w:t>
      </w:r>
      <w:r w:rsidRPr="00CC7E06">
        <w:rPr>
          <w:rFonts w:ascii="Arial" w:hAnsi="Arial" w:cs="Arial"/>
          <w:color w:val="002060"/>
        </w:rPr>
        <w:t>Payments</w:t>
      </w:r>
    </w:p>
    <w:p w14:paraId="74D5BCA7" w14:textId="1839316C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mechanism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through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which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eligible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individuals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receive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funds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their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own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support.</w:t>
      </w:r>
    </w:p>
    <w:p w14:paraId="667E74A4" w14:textId="6D274481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They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which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people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choices,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voice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control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decide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how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their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achieve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their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personal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outcomes.</w:t>
      </w:r>
    </w:p>
    <w:p w14:paraId="69E4241B" w14:textId="45AA50C1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made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eligible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individual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entitled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Healthcare.</w:t>
      </w:r>
    </w:p>
    <w:p w14:paraId="642B823F" w14:textId="4E067D19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complete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package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ongoing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funded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solely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</w:p>
    <w:p w14:paraId="6C285F44" w14:textId="77777777" w:rsidR="00427697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paid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individual,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representative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nominee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their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behalf,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enable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their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own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their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own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home.</w:t>
      </w:r>
      <w:r w:rsidR="00427697" w:rsidRPr="002C4A1F">
        <w:rPr>
          <w:rFonts w:ascii="Arial" w:hAnsi="Arial"/>
          <w:noProof/>
        </w:rPr>
        <w:t xml:space="preserve"> </w:t>
      </w:r>
    </w:p>
    <w:p w14:paraId="0729852C" w14:textId="2A49F178" w:rsidR="0049251F" w:rsidRPr="002C4A1F" w:rsidRDefault="0049251F" w:rsidP="0049251F">
      <w:pPr>
        <w:rPr>
          <w:rFonts w:ascii="Arial" w:hAnsi="Arial"/>
        </w:rPr>
      </w:pPr>
    </w:p>
    <w:p w14:paraId="5EE6A9F2" w14:textId="4692F1BC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lastRenderedPageBreak/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based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which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identifies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services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and/or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="007B1FF9" w:rsidRPr="002C4A1F">
        <w:rPr>
          <w:rFonts w:ascii="Arial" w:hAnsi="Arial"/>
        </w:rPr>
        <w:t>D</w:t>
      </w:r>
      <w:r w:rsidRPr="002C4A1F">
        <w:rPr>
          <w:rFonts w:ascii="Arial" w:hAnsi="Arial"/>
        </w:rPr>
        <w:t>irect</w:t>
      </w:r>
      <w:r w:rsidR="00CB73EF" w:rsidRPr="002C4A1F">
        <w:rPr>
          <w:rFonts w:ascii="Arial" w:hAnsi="Arial"/>
        </w:rPr>
        <w:t xml:space="preserve"> </w:t>
      </w:r>
      <w:r w:rsidR="007B1FF9" w:rsidRPr="002C4A1F">
        <w:rPr>
          <w:rFonts w:ascii="Arial" w:hAnsi="Arial"/>
        </w:rPr>
        <w:t>P</w:t>
      </w:r>
      <w:r w:rsidRPr="002C4A1F">
        <w:rPr>
          <w:rFonts w:ascii="Arial" w:hAnsi="Arial"/>
        </w:rPr>
        <w:t>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used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for.</w:t>
      </w:r>
      <w:r w:rsidR="00CB73EF" w:rsidRPr="002C4A1F">
        <w:rPr>
          <w:rFonts w:ascii="Arial" w:hAnsi="Arial"/>
        </w:rPr>
        <w:t xml:space="preserve">  </w:t>
      </w:r>
    </w:p>
    <w:p w14:paraId="31D02A9A" w14:textId="587CD140" w:rsidR="00FE2924" w:rsidRPr="002C4A1F" w:rsidRDefault="00FE2924" w:rsidP="0049251F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="00213082" w:rsidRPr="002C4A1F">
        <w:rPr>
          <w:rFonts w:ascii="Arial" w:hAnsi="Arial"/>
        </w:rPr>
        <w:t>P</w:t>
      </w:r>
      <w:r w:rsidRPr="002C4A1F">
        <w:rPr>
          <w:rFonts w:ascii="Arial" w:hAnsi="Arial"/>
        </w:rPr>
        <w:t>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flexible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used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to:</w:t>
      </w:r>
    </w:p>
    <w:p w14:paraId="751059AE" w14:textId="426AF7E3" w:rsidR="0049251F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ongoing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under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Healthcare.</w:t>
      </w:r>
      <w:r w:rsidR="00CB73EF" w:rsidRPr="002C4A1F">
        <w:rPr>
          <w:rFonts w:ascii="Arial" w:hAnsi="Arial"/>
        </w:rPr>
        <w:t xml:space="preserve">  </w:t>
      </w:r>
    </w:p>
    <w:p w14:paraId="2458A289" w14:textId="11D75CB1" w:rsidR="0049251F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one-off</w:t>
      </w:r>
      <w:r w:rsidR="00CB73EF" w:rsidRPr="002C4A1F">
        <w:rPr>
          <w:rFonts w:ascii="Arial" w:hAnsi="Arial"/>
        </w:rPr>
        <w:t xml:space="preserve"> </w:t>
      </w:r>
      <w:r w:rsidR="00647669" w:rsidRPr="002C4A1F">
        <w:rPr>
          <w:rFonts w:ascii="Arial" w:hAnsi="Arial"/>
        </w:rPr>
        <w:t>D</w:t>
      </w:r>
      <w:r w:rsidRPr="002C4A1F">
        <w:rPr>
          <w:rFonts w:ascii="Arial" w:hAnsi="Arial"/>
        </w:rPr>
        <w:t>irect</w:t>
      </w:r>
      <w:r w:rsidR="00CB73EF" w:rsidRPr="002C4A1F">
        <w:rPr>
          <w:rFonts w:ascii="Arial" w:hAnsi="Arial"/>
        </w:rPr>
        <w:t xml:space="preserve"> </w:t>
      </w:r>
      <w:r w:rsidR="00647669" w:rsidRPr="002C4A1F">
        <w:rPr>
          <w:rFonts w:ascii="Arial" w:hAnsi="Arial"/>
        </w:rPr>
        <w:t>P</w:t>
      </w:r>
      <w:r w:rsidRPr="002C4A1F">
        <w:rPr>
          <w:rFonts w:ascii="Arial" w:hAnsi="Arial"/>
        </w:rPr>
        <w:t>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person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achieve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specific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goals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outcomes.</w:t>
      </w:r>
      <w:r w:rsidR="00CB73EF" w:rsidRPr="002C4A1F">
        <w:rPr>
          <w:rFonts w:ascii="Arial" w:hAnsi="Arial"/>
        </w:rPr>
        <w:t xml:space="preserve">  </w:t>
      </w:r>
    </w:p>
    <w:p w14:paraId="41C5B596" w14:textId="6E1BEAAF" w:rsidR="00FE2924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continuity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where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people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from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social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="00647669" w:rsidRPr="002C4A1F">
        <w:rPr>
          <w:rFonts w:ascii="Arial" w:hAnsi="Arial"/>
        </w:rPr>
        <w:t>D</w:t>
      </w:r>
      <w:r w:rsidRPr="002C4A1F">
        <w:rPr>
          <w:rFonts w:ascii="Arial" w:hAnsi="Arial"/>
        </w:rPr>
        <w:t>irect</w:t>
      </w:r>
      <w:r w:rsidR="00CB73EF" w:rsidRPr="002C4A1F">
        <w:rPr>
          <w:rFonts w:ascii="Arial" w:hAnsi="Arial"/>
        </w:rPr>
        <w:t xml:space="preserve"> </w:t>
      </w:r>
      <w:r w:rsidR="00647669" w:rsidRPr="002C4A1F">
        <w:rPr>
          <w:rFonts w:ascii="Arial" w:hAnsi="Arial"/>
        </w:rPr>
        <w:t>P</w:t>
      </w:r>
      <w:r w:rsidRPr="002C4A1F">
        <w:rPr>
          <w:rFonts w:ascii="Arial" w:hAnsi="Arial"/>
        </w:rPr>
        <w:t>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recognising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expand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increased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FE2924" w:rsidRPr="002C4A1F">
        <w:rPr>
          <w:rFonts w:ascii="Arial" w:hAnsi="Arial"/>
        </w:rPr>
        <w:t>.</w:t>
      </w:r>
    </w:p>
    <w:p w14:paraId="375CD1B8" w14:textId="25730D1B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Who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can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get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a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Direct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Payment</w:t>
      </w:r>
      <w:r w:rsidR="006D0999" w:rsidRPr="00912074">
        <w:rPr>
          <w:rFonts w:ascii="Arial" w:hAnsi="Arial" w:cs="Arial"/>
          <w:color w:val="002060"/>
        </w:rPr>
        <w:t>?</w:t>
      </w:r>
    </w:p>
    <w:p w14:paraId="6CAFA8D1" w14:textId="623EA51E" w:rsidR="0049251F" w:rsidRPr="002C4A1F" w:rsidRDefault="0049251F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if:</w:t>
      </w:r>
      <w:r w:rsidR="00CB73EF" w:rsidRPr="002C4A1F">
        <w:rPr>
          <w:rFonts w:ascii="Arial" w:hAnsi="Arial"/>
        </w:rPr>
        <w:t xml:space="preserve"> </w:t>
      </w:r>
    </w:p>
    <w:p w14:paraId="29EC4B72" w14:textId="72010CFC" w:rsidR="0049251F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eligible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Healthcare.</w:t>
      </w:r>
      <w:r w:rsidR="00CB73EF" w:rsidRPr="002C4A1F">
        <w:rPr>
          <w:rFonts w:ascii="Arial" w:hAnsi="Arial"/>
        </w:rPr>
        <w:t xml:space="preserve"> </w:t>
      </w:r>
    </w:p>
    <w:p w14:paraId="69170F15" w14:textId="43C5DACE" w:rsidR="0049251F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good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needs.</w:t>
      </w:r>
      <w:r w:rsidR="00CB73EF" w:rsidRPr="002C4A1F">
        <w:rPr>
          <w:rFonts w:ascii="Arial" w:hAnsi="Arial"/>
        </w:rPr>
        <w:t xml:space="preserve"> </w:t>
      </w:r>
    </w:p>
    <w:p w14:paraId="34AA7B16" w14:textId="1149FB4C" w:rsidR="0049251F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been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forced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accepting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it.</w:t>
      </w:r>
      <w:r w:rsidR="00CB73EF" w:rsidRPr="002C4A1F">
        <w:rPr>
          <w:rFonts w:ascii="Arial" w:hAnsi="Arial"/>
        </w:rPr>
        <w:t xml:space="preserve"> </w:t>
      </w:r>
    </w:p>
    <w:p w14:paraId="0B40C866" w14:textId="0458B41B" w:rsidR="0049251F" w:rsidRPr="002C4A1F" w:rsidRDefault="0049251F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someone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choose,</w:t>
      </w:r>
      <w:r w:rsidR="00CB73EF" w:rsidRPr="002C4A1F">
        <w:rPr>
          <w:rFonts w:ascii="Arial" w:hAnsi="Arial"/>
        </w:rPr>
        <w:t xml:space="preserve"> </w:t>
      </w:r>
      <w:r w:rsidR="00D649CF"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(with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needed)</w:t>
      </w:r>
      <w:r w:rsidR="00FD30F3" w:rsidRPr="002C4A1F">
        <w:rPr>
          <w:rFonts w:ascii="Arial" w:hAnsi="Arial"/>
        </w:rPr>
        <w:t>.</w:t>
      </w:r>
    </w:p>
    <w:p w14:paraId="0A90EF5B" w14:textId="4E719D8F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Saying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“</w:t>
      </w:r>
      <w:r w:rsidRPr="00912074">
        <w:rPr>
          <w:rFonts w:ascii="Arial" w:hAnsi="Arial" w:cs="Arial"/>
          <w:color w:val="002060"/>
        </w:rPr>
        <w:t>yes</w:t>
      </w:r>
      <w:r w:rsidR="00007ACD" w:rsidRPr="00912074">
        <w:rPr>
          <w:rFonts w:ascii="Arial" w:hAnsi="Arial" w:cs="Arial"/>
          <w:color w:val="002060"/>
        </w:rPr>
        <w:t>”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to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a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Direct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Payment</w:t>
      </w:r>
    </w:p>
    <w:p w14:paraId="6D14C427" w14:textId="7E76C1E0" w:rsidR="00007ACD" w:rsidRPr="002C4A1F" w:rsidRDefault="00007ACD" w:rsidP="0049251F">
      <w:pPr>
        <w:rPr>
          <w:rFonts w:ascii="Arial" w:hAnsi="Arial"/>
        </w:rPr>
      </w:pPr>
      <w:r w:rsidRPr="002C4A1F">
        <w:rPr>
          <w:rFonts w:ascii="Arial" w:hAnsi="Arial"/>
        </w:rPr>
        <w:t>It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important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consent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before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agreed:</w:t>
      </w:r>
    </w:p>
    <w:p w14:paraId="753B3080" w14:textId="45528397" w:rsidR="00772E3E" w:rsidRPr="002C4A1F" w:rsidRDefault="005449AE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understand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means.</w:t>
      </w:r>
    </w:p>
    <w:p w14:paraId="7AC09269" w14:textId="47446C44" w:rsidR="00772E3E" w:rsidRPr="002C4A1F" w:rsidRDefault="005449AE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freely.</w:t>
      </w:r>
    </w:p>
    <w:p w14:paraId="48BDC659" w14:textId="5D9FB4DB" w:rsidR="00772E3E" w:rsidRPr="002C4A1F" w:rsidRDefault="005449AE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decide,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="00B9514E" w:rsidRPr="002C4A1F">
        <w:rPr>
          <w:rFonts w:ascii="Arial" w:hAnsi="Arial"/>
        </w:rPr>
        <w:t>legal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representative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decide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interests.</w:t>
      </w:r>
    </w:p>
    <w:p w14:paraId="336F1614" w14:textId="286F11C9" w:rsidR="00772E3E" w:rsidRPr="002C4A1F" w:rsidRDefault="005449AE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ability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decisions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changes,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happens.</w:t>
      </w:r>
    </w:p>
    <w:p w14:paraId="1AAF8DDB" w14:textId="40E1A3FC" w:rsidR="00007ACD" w:rsidRPr="00912074" w:rsidRDefault="00007ACD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Can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someone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else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manage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the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Direct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Payment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for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me?</w:t>
      </w:r>
    </w:p>
    <w:p w14:paraId="0C823F5F" w14:textId="649D2603" w:rsidR="00007ACD" w:rsidRPr="002C4A1F" w:rsidRDefault="00007ACD" w:rsidP="00007ACD">
      <w:pPr>
        <w:rPr>
          <w:rFonts w:ascii="Arial" w:hAnsi="Arial"/>
        </w:rPr>
      </w:pPr>
      <w:r w:rsidRPr="002C4A1F">
        <w:rPr>
          <w:rFonts w:ascii="Arial" w:hAnsi="Arial"/>
        </w:rPr>
        <w:t>Yes.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can:</w:t>
      </w:r>
      <w:r w:rsidR="00CB73EF" w:rsidRPr="002C4A1F">
        <w:rPr>
          <w:rFonts w:ascii="Arial" w:hAnsi="Arial"/>
        </w:rPr>
        <w:t xml:space="preserve"> </w:t>
      </w:r>
    </w:p>
    <w:p w14:paraId="725B21A0" w14:textId="7E216069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Choose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nominee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FD30F3" w:rsidRPr="002C4A1F">
        <w:rPr>
          <w:rFonts w:ascii="Arial" w:hAnsi="Arial"/>
        </w:rPr>
        <w:t>.</w:t>
      </w:r>
    </w:p>
    <w:p w14:paraId="25461AFD" w14:textId="78D552FC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representative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capacity</w:t>
      </w:r>
      <w:r w:rsidR="00FD30F3" w:rsidRPr="002C4A1F">
        <w:rPr>
          <w:rFonts w:ascii="Arial" w:hAnsi="Arial"/>
        </w:rPr>
        <w:t>.</w:t>
      </w:r>
    </w:p>
    <w:p w14:paraId="47AEDDA0" w14:textId="254EF7DF" w:rsidR="00772E3E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Use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account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service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handling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FD30F3" w:rsidRPr="002C4A1F">
        <w:rPr>
          <w:rFonts w:ascii="Arial" w:hAnsi="Arial"/>
        </w:rPr>
        <w:t>.</w:t>
      </w:r>
    </w:p>
    <w:p w14:paraId="1A790D3B" w14:textId="61A4C3BE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lastRenderedPageBreak/>
        <w:t>What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can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Direct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Payments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be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spent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007ACD" w:rsidRPr="00912074">
        <w:rPr>
          <w:rFonts w:ascii="Arial" w:hAnsi="Arial" w:cs="Arial"/>
          <w:color w:val="002060"/>
        </w:rPr>
        <w:t>on?</w:t>
      </w:r>
    </w:p>
    <w:p w14:paraId="3444EBFB" w14:textId="778FF02F" w:rsidR="00007ACD" w:rsidRPr="002C4A1F" w:rsidRDefault="00007ACD" w:rsidP="00007ACD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spend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such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as:</w:t>
      </w:r>
    </w:p>
    <w:p w14:paraId="3963A477" w14:textId="1FDB9D0B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Personal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assistants</w:t>
      </w:r>
      <w:r w:rsidR="00FD30F3" w:rsidRPr="002C4A1F">
        <w:rPr>
          <w:rFonts w:ascii="Arial" w:hAnsi="Arial"/>
        </w:rPr>
        <w:t>.</w:t>
      </w:r>
    </w:p>
    <w:p w14:paraId="41304BF4" w14:textId="794A2A5A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Training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personal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assistants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tasks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delegated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safely</w:t>
      </w:r>
    </w:p>
    <w:p w14:paraId="7F39B2CD" w14:textId="7EA1D174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live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independently</w:t>
      </w:r>
      <w:r w:rsidR="00FD30F3" w:rsidRPr="002C4A1F">
        <w:rPr>
          <w:rFonts w:ascii="Arial" w:hAnsi="Arial"/>
        </w:rPr>
        <w:t>.</w:t>
      </w:r>
    </w:p>
    <w:p w14:paraId="4217F848" w14:textId="4F2D36E4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Services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activities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improve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wellbeing</w:t>
      </w:r>
      <w:r w:rsidR="00FD30F3" w:rsidRPr="002C4A1F">
        <w:rPr>
          <w:rFonts w:ascii="Arial" w:hAnsi="Arial"/>
        </w:rPr>
        <w:t>.</w:t>
      </w:r>
    </w:p>
    <w:p w14:paraId="644A2A14" w14:textId="2C79DFEA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One-off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purchases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including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emergency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</w:t>
      </w:r>
      <w:r w:rsidR="00FD30F3" w:rsidRPr="002C4A1F">
        <w:rPr>
          <w:rFonts w:ascii="Arial" w:hAnsi="Arial"/>
        </w:rPr>
        <w:t>t.</w:t>
      </w:r>
    </w:p>
    <w:p w14:paraId="1BE4E941" w14:textId="75B5A5F1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3C051C" w:rsidRPr="002C4A1F">
        <w:rPr>
          <w:rFonts w:ascii="Arial" w:hAnsi="Arial"/>
        </w:rPr>
        <w:t>cannot</w:t>
      </w:r>
      <w:r w:rsidR="00CB73EF" w:rsidRPr="002C4A1F">
        <w:rPr>
          <w:rFonts w:ascii="Arial" w:hAnsi="Arial"/>
          <w:b/>
          <w:bCs/>
        </w:rPr>
        <w:t xml:space="preserve"> </w:t>
      </w:r>
      <w:r w:rsidRPr="002C4A1F">
        <w:rPr>
          <w:rFonts w:ascii="Arial" w:hAnsi="Arial"/>
        </w:rPr>
        <w:t>use</w:t>
      </w:r>
      <w:r w:rsidR="00CB73EF" w:rsidRPr="002C4A1F">
        <w:rPr>
          <w:rFonts w:ascii="Arial" w:hAnsi="Arial"/>
        </w:rPr>
        <w:t xml:space="preserve"> </w:t>
      </w:r>
      <w:r w:rsidR="00007ACD"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="00007ACD"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="00007ACD" w:rsidRPr="002C4A1F">
        <w:rPr>
          <w:rFonts w:ascii="Arial" w:hAnsi="Arial"/>
        </w:rPr>
        <w:t>things</w:t>
      </w:r>
      <w:r w:rsidR="00CB73EF" w:rsidRPr="002C4A1F">
        <w:rPr>
          <w:rFonts w:ascii="Arial" w:hAnsi="Arial"/>
        </w:rPr>
        <w:t xml:space="preserve"> </w:t>
      </w:r>
      <w:r w:rsidR="00007ACD" w:rsidRPr="002C4A1F">
        <w:rPr>
          <w:rFonts w:ascii="Arial" w:hAnsi="Arial"/>
        </w:rPr>
        <w:t>like</w:t>
      </w:r>
      <w:r w:rsidRPr="002C4A1F">
        <w:rPr>
          <w:rFonts w:ascii="Arial" w:hAnsi="Arial"/>
        </w:rPr>
        <w:t>:</w:t>
      </w:r>
    </w:p>
    <w:p w14:paraId="59422416" w14:textId="573EEDF7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GP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appointments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treatments</w:t>
      </w:r>
      <w:r w:rsidR="004B6226" w:rsidRPr="002C4A1F">
        <w:rPr>
          <w:rFonts w:ascii="Arial" w:hAnsi="Arial"/>
        </w:rPr>
        <w:t>.</w:t>
      </w:r>
    </w:p>
    <w:p w14:paraId="1C636289" w14:textId="6DD0AE98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Vaccinations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checks</w:t>
      </w:r>
      <w:r w:rsidR="004B6226" w:rsidRPr="002C4A1F">
        <w:rPr>
          <w:rFonts w:ascii="Arial" w:hAnsi="Arial"/>
        </w:rPr>
        <w:t>.</w:t>
      </w:r>
    </w:p>
    <w:p w14:paraId="2CDC5D18" w14:textId="6BFA024E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Emergency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hospital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treatment</w:t>
      </w:r>
      <w:r w:rsidR="004B6226" w:rsidRPr="002C4A1F">
        <w:rPr>
          <w:rFonts w:ascii="Arial" w:hAnsi="Arial"/>
        </w:rPr>
        <w:t>.</w:t>
      </w:r>
    </w:p>
    <w:p w14:paraId="2B8247F8" w14:textId="71FFAFEB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Planned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surgery</w:t>
      </w:r>
      <w:r w:rsidR="004B6226" w:rsidRPr="002C4A1F">
        <w:rPr>
          <w:rFonts w:ascii="Arial" w:hAnsi="Arial"/>
        </w:rPr>
        <w:t>.</w:t>
      </w:r>
    </w:p>
    <w:p w14:paraId="39C1B5A7" w14:textId="62BD5DF6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charges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(dental,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optical,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prescriptions)</w:t>
      </w:r>
      <w:r w:rsidR="004B6226" w:rsidRPr="002C4A1F">
        <w:rPr>
          <w:rFonts w:ascii="Arial" w:hAnsi="Arial"/>
        </w:rPr>
        <w:t>.</w:t>
      </w:r>
    </w:p>
    <w:p w14:paraId="7BB2E2BA" w14:textId="152ACE69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Alcohol,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tobacco,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gambling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debt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repayment</w:t>
      </w:r>
      <w:r w:rsidR="004B6226" w:rsidRPr="002C4A1F">
        <w:rPr>
          <w:rFonts w:ascii="Arial" w:hAnsi="Arial"/>
        </w:rPr>
        <w:t>.</w:t>
      </w:r>
    </w:p>
    <w:p w14:paraId="4BBFB131" w14:textId="194583AF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Anything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illegal</w:t>
      </w:r>
      <w:r w:rsidR="004B6226" w:rsidRPr="002C4A1F">
        <w:rPr>
          <w:rFonts w:ascii="Arial" w:hAnsi="Arial"/>
        </w:rPr>
        <w:t>.</w:t>
      </w:r>
    </w:p>
    <w:p w14:paraId="0D3B5205" w14:textId="03806008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Utility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other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household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bills</w:t>
      </w:r>
      <w:r w:rsidR="004B6226" w:rsidRPr="002C4A1F">
        <w:rPr>
          <w:rFonts w:ascii="Arial" w:hAnsi="Arial"/>
        </w:rPr>
        <w:t>.</w:t>
      </w:r>
    </w:p>
    <w:p w14:paraId="2E86B251" w14:textId="7095A6AF" w:rsidR="00772E3E" w:rsidRPr="00912074" w:rsidRDefault="00007ACD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Y</w:t>
      </w:r>
      <w:r w:rsidR="005449AE" w:rsidRPr="00912074">
        <w:rPr>
          <w:rFonts w:ascii="Arial" w:hAnsi="Arial" w:cs="Arial"/>
          <w:color w:val="002060"/>
        </w:rPr>
        <w:t>our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5449AE" w:rsidRPr="00912074">
        <w:rPr>
          <w:rFonts w:ascii="Arial" w:hAnsi="Arial" w:cs="Arial"/>
          <w:color w:val="002060"/>
        </w:rPr>
        <w:t>care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5449AE" w:rsidRPr="00912074">
        <w:rPr>
          <w:rFonts w:ascii="Arial" w:hAnsi="Arial" w:cs="Arial"/>
          <w:color w:val="002060"/>
        </w:rPr>
        <w:t>plan</w:t>
      </w:r>
    </w:p>
    <w:p w14:paraId="5A5CDD6A" w14:textId="5C639F08" w:rsidR="00007ACD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007ACD" w:rsidRPr="002C4A1F">
        <w:rPr>
          <w:rFonts w:ascii="Arial" w:hAnsi="Arial"/>
        </w:rPr>
        <w:t>:</w:t>
      </w:r>
    </w:p>
    <w:p w14:paraId="498C1636" w14:textId="644B5E01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E</w:t>
      </w:r>
      <w:r w:rsidR="005449AE" w:rsidRPr="002C4A1F">
        <w:rPr>
          <w:rFonts w:ascii="Arial" w:hAnsi="Arial"/>
        </w:rPr>
        <w:t>xplains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goals.</w:t>
      </w:r>
    </w:p>
    <w:p w14:paraId="5C0B3B51" w14:textId="03E6D7D1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</w:t>
      </w:r>
      <w:r w:rsidR="005449AE" w:rsidRPr="002C4A1F">
        <w:rPr>
          <w:rFonts w:ascii="Arial" w:hAnsi="Arial"/>
        </w:rPr>
        <w:t>ays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what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bought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using</w:t>
      </w:r>
      <w:r w:rsidR="00CB73EF" w:rsidRPr="002C4A1F">
        <w:rPr>
          <w:rFonts w:ascii="Arial" w:hAnsi="Arial"/>
        </w:rPr>
        <w:t xml:space="preserve"> </w:t>
      </w:r>
      <w:r w:rsidR="00256EE0"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Payment.</w:t>
      </w:r>
    </w:p>
    <w:p w14:paraId="7BDFB9CF" w14:textId="373057E3" w:rsidR="00007ACD" w:rsidRPr="002C4A1F" w:rsidRDefault="00007ACD" w:rsidP="00007ACD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</w:t>
      </w:r>
      <w:r w:rsidR="005449AE" w:rsidRPr="002C4A1F">
        <w:rPr>
          <w:rFonts w:ascii="Arial" w:hAnsi="Arial"/>
        </w:rPr>
        <w:t>hows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how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much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get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how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often.</w:t>
      </w:r>
    </w:p>
    <w:p w14:paraId="0129F557" w14:textId="2DE20D2D" w:rsidR="00007ACD" w:rsidRPr="002C4A1F" w:rsidRDefault="00007ACD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Names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="00146DEE" w:rsidRPr="002C4A1F">
        <w:rPr>
          <w:rFonts w:ascii="Arial" w:hAnsi="Arial"/>
        </w:rPr>
        <w:t>CHC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Coordinator.</w:t>
      </w:r>
    </w:p>
    <w:p w14:paraId="430C0B94" w14:textId="57D14EA9" w:rsidR="00007ACD" w:rsidRPr="002C4A1F" w:rsidRDefault="00007ACD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</w:t>
      </w:r>
      <w:r w:rsidR="005449AE" w:rsidRPr="002C4A1F">
        <w:rPr>
          <w:rFonts w:ascii="Arial" w:hAnsi="Arial"/>
        </w:rPr>
        <w:t>ays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when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first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review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happen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(within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3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months)</w:t>
      </w:r>
    </w:p>
    <w:p w14:paraId="74C707A0" w14:textId="1133AF7F" w:rsidR="00772E3E" w:rsidRPr="002C4A1F" w:rsidRDefault="00007ACD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E</w:t>
      </w:r>
      <w:r w:rsidR="005449AE" w:rsidRPr="002C4A1F">
        <w:rPr>
          <w:rFonts w:ascii="Arial" w:hAnsi="Arial"/>
        </w:rPr>
        <w:t>xplains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any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risks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how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keep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safe.</w:t>
      </w:r>
    </w:p>
    <w:p w14:paraId="127C76F2" w14:textId="73D6662D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Checks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and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reviews</w:t>
      </w:r>
    </w:p>
    <w:p w14:paraId="4BEBD218" w14:textId="7C796DE8" w:rsidR="00772E3E" w:rsidRPr="002C4A1F" w:rsidRDefault="00007ACD" w:rsidP="0049251F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reviewed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within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3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months.</w:t>
      </w:r>
    </w:p>
    <w:p w14:paraId="59723B9F" w14:textId="3B38428E" w:rsidR="00007ACD" w:rsidRPr="002C4A1F" w:rsidRDefault="00007ACD" w:rsidP="0049251F">
      <w:pPr>
        <w:rPr>
          <w:rFonts w:ascii="Arial" w:hAnsi="Arial"/>
        </w:rPr>
      </w:pPr>
      <w:r w:rsidRPr="002C4A1F">
        <w:rPr>
          <w:rFonts w:ascii="Arial" w:hAnsi="Arial"/>
        </w:rPr>
        <w:t>After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reviewed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least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once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year.</w:t>
      </w:r>
    </w:p>
    <w:p w14:paraId="440BB933" w14:textId="5BEB84C0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Reviews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check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still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right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you.</w:t>
      </w:r>
    </w:p>
    <w:p w14:paraId="10CCBDA2" w14:textId="6801D21C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lastRenderedPageBreak/>
        <w:t>Reviews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also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check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spending,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training,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insurance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safety.</w:t>
      </w:r>
    </w:p>
    <w:p w14:paraId="1993BD1B" w14:textId="30D2F050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Reviews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happen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sooner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change.</w:t>
      </w:r>
    </w:p>
    <w:p w14:paraId="189F1838" w14:textId="7CE857A8" w:rsidR="00772E3E" w:rsidRPr="002C4A1F" w:rsidRDefault="005449AE" w:rsidP="006D0999">
      <w:pPr>
        <w:pStyle w:val="Heading2"/>
        <w:rPr>
          <w:rFonts w:ascii="Arial" w:hAnsi="Arial" w:cs="Arial"/>
        </w:rPr>
      </w:pPr>
      <w:r w:rsidRPr="00912074">
        <w:rPr>
          <w:rFonts w:ascii="Arial" w:hAnsi="Arial" w:cs="Arial"/>
          <w:color w:val="002060"/>
        </w:rPr>
        <w:t>Managing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the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money</w:t>
      </w:r>
    </w:p>
    <w:p w14:paraId="71D293C3" w14:textId="1B34E037" w:rsidR="00007ACD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enough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everything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plan.</w:t>
      </w:r>
    </w:p>
    <w:p w14:paraId="4534D936" w14:textId="2E7E7A54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paid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advance,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arrears.</w:t>
      </w:r>
    </w:p>
    <w:p w14:paraId="177DC197" w14:textId="788A42C0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It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separate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bank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account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(or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account).</w:t>
      </w:r>
    </w:p>
    <w:p w14:paraId="4E787095" w14:textId="1AFF870A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small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amount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emergencies.</w:t>
      </w:r>
    </w:p>
    <w:p w14:paraId="7D83DCD7" w14:textId="6DC449FD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keep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records</w:t>
      </w:r>
      <w:r w:rsidR="003C051C" w:rsidRPr="002C4A1F">
        <w:rPr>
          <w:rFonts w:ascii="Arial" w:hAnsi="Arial"/>
        </w:rPr>
        <w:t>,</w:t>
      </w:r>
      <w:r w:rsidR="00CB73EF" w:rsidRPr="002C4A1F">
        <w:rPr>
          <w:rFonts w:ascii="Arial" w:hAnsi="Arial"/>
        </w:rPr>
        <w:t xml:space="preserve"> </w:t>
      </w:r>
      <w:r w:rsidR="003C051C" w:rsidRPr="002C4A1F">
        <w:rPr>
          <w:rFonts w:ascii="Arial" w:hAnsi="Arial"/>
        </w:rPr>
        <w:t>such</w:t>
      </w:r>
      <w:r w:rsidR="00CB73EF" w:rsidRPr="002C4A1F">
        <w:rPr>
          <w:rFonts w:ascii="Arial" w:hAnsi="Arial"/>
        </w:rPr>
        <w:t xml:space="preserve"> </w:t>
      </w:r>
      <w:r w:rsidR="003C051C" w:rsidRPr="002C4A1F">
        <w:rPr>
          <w:rFonts w:ascii="Arial" w:hAnsi="Arial"/>
        </w:rPr>
        <w:t>as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invoices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bank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statements.</w:t>
      </w:r>
    </w:p>
    <w:p w14:paraId="46BC26B5" w14:textId="7C6FAF54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managed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account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provider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you.</w:t>
      </w:r>
    </w:p>
    <w:p w14:paraId="311C7E46" w14:textId="2319B11D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Employing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Personal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Assistants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(PAs)</w:t>
      </w:r>
    </w:p>
    <w:p w14:paraId="349A441F" w14:textId="3BF22BDD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use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employ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personal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assistants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who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home.</w:t>
      </w:r>
      <w:r w:rsidR="00CB73EF" w:rsidRPr="002C4A1F">
        <w:rPr>
          <w:rFonts w:ascii="Arial" w:hAnsi="Arial"/>
        </w:rPr>
        <w:t xml:space="preserve"> </w:t>
      </w:r>
    </w:p>
    <w:p w14:paraId="158928CA" w14:textId="645108C2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budget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include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for:</w:t>
      </w:r>
      <w:r w:rsidR="00CB73EF" w:rsidRPr="002C4A1F">
        <w:rPr>
          <w:rFonts w:ascii="Arial" w:hAnsi="Arial"/>
        </w:rPr>
        <w:t xml:space="preserve"> </w:t>
      </w:r>
    </w:p>
    <w:p w14:paraId="5C73995F" w14:textId="193DDC63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Wages</w:t>
      </w:r>
      <w:r w:rsidR="004B6226" w:rsidRPr="002C4A1F">
        <w:rPr>
          <w:rFonts w:ascii="Arial" w:hAnsi="Arial"/>
        </w:rPr>
        <w:t>.</w:t>
      </w:r>
    </w:p>
    <w:p w14:paraId="0F77672A" w14:textId="2781D9CE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Tax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National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Insurance</w:t>
      </w:r>
      <w:r w:rsidR="004B6226" w:rsidRPr="002C4A1F">
        <w:rPr>
          <w:rFonts w:ascii="Arial" w:hAnsi="Arial"/>
        </w:rPr>
        <w:t>.</w:t>
      </w:r>
    </w:p>
    <w:p w14:paraId="6696EE17" w14:textId="6644FD4B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Training</w:t>
      </w:r>
      <w:r w:rsidR="004B6226" w:rsidRPr="002C4A1F">
        <w:rPr>
          <w:rFonts w:ascii="Arial" w:hAnsi="Arial"/>
        </w:rPr>
        <w:t>.</w:t>
      </w:r>
    </w:p>
    <w:p w14:paraId="68CC3AD5" w14:textId="07FF71B2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Insurance</w:t>
      </w:r>
      <w:r w:rsidR="004B6226" w:rsidRPr="002C4A1F">
        <w:rPr>
          <w:rFonts w:ascii="Arial" w:hAnsi="Arial"/>
        </w:rPr>
        <w:t>.</w:t>
      </w:r>
    </w:p>
    <w:p w14:paraId="57A4A60E" w14:textId="18267BD0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Holiday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sickness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cover</w:t>
      </w:r>
      <w:r w:rsidR="004B6226" w:rsidRPr="002C4A1F">
        <w:rPr>
          <w:rFonts w:ascii="Arial" w:hAnsi="Arial"/>
        </w:rPr>
        <w:t>.</w:t>
      </w:r>
    </w:p>
    <w:p w14:paraId="544ECA84" w14:textId="7AB3A184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follow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recruitment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rules.</w:t>
      </w:r>
    </w:p>
    <w:p w14:paraId="7EDE7880" w14:textId="03CED797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Sometimes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employ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family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members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friends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provide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care.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only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practical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needs.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coordinator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discuss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you.</w:t>
      </w:r>
    </w:p>
    <w:p w14:paraId="339620DC" w14:textId="50A2C063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Buying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services</w:t>
      </w:r>
    </w:p>
    <w:p w14:paraId="217768B2" w14:textId="135616C0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buy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from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companies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agencies.</w:t>
      </w:r>
    </w:p>
    <w:p w14:paraId="1B01C27E" w14:textId="0C3A0191" w:rsidR="00C51867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lastRenderedPageBreak/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regulated,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provider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registered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</w:t>
      </w:r>
      <w:r w:rsidR="00C51867"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Inspectorate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Wales</w:t>
      </w:r>
      <w:r w:rsidRPr="002C4A1F">
        <w:rPr>
          <w:rFonts w:ascii="Arial" w:hAnsi="Arial"/>
        </w:rPr>
        <w:t>.</w:t>
      </w:r>
    </w:p>
    <w:p w14:paraId="5BCEC935" w14:textId="73015CDD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should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providers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about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insurance,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training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safety.</w:t>
      </w:r>
    </w:p>
    <w:p w14:paraId="4177D840" w14:textId="41BC8CE7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Staying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safe</w:t>
      </w:r>
    </w:p>
    <w:p w14:paraId="2DAFDADB" w14:textId="3DDDFE08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explain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risks.</w:t>
      </w:r>
    </w:p>
    <w:p w14:paraId="4E6BC199" w14:textId="00DBC868" w:rsidR="00772E3E" w:rsidRPr="002C4A1F" w:rsidRDefault="00C51867" w:rsidP="0049251F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stay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safe.</w:t>
      </w:r>
    </w:p>
    <w:p w14:paraId="16EEF3B6" w14:textId="06B69455" w:rsidR="00772E3E" w:rsidRPr="002C4A1F" w:rsidRDefault="00E4526F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should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always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</w:t>
      </w:r>
      <w:r w:rsidR="005449AE" w:rsidRPr="002C4A1F">
        <w:rPr>
          <w:rFonts w:ascii="Arial" w:hAnsi="Arial"/>
        </w:rPr>
        <w:t>ell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someone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worried.</w:t>
      </w:r>
    </w:p>
    <w:p w14:paraId="68083A86" w14:textId="4883D13A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Tell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think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misused.</w:t>
      </w:r>
    </w:p>
    <w:p w14:paraId="1EBA035E" w14:textId="1B914039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Personal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Assistant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harms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support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you,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sure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safe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necessary</w:t>
      </w:r>
      <w:r w:rsidR="00CB73EF" w:rsidRPr="002C4A1F">
        <w:rPr>
          <w:rFonts w:ascii="Arial" w:hAnsi="Arial"/>
        </w:rPr>
        <w:t xml:space="preserve"> </w:t>
      </w:r>
      <w:r w:rsidR="006838D6" w:rsidRPr="002C4A1F">
        <w:rPr>
          <w:rFonts w:ascii="Arial" w:hAnsi="Arial"/>
        </w:rPr>
        <w:t>referrals</w:t>
      </w:r>
      <w:r w:rsidR="00CB73EF" w:rsidRPr="002C4A1F">
        <w:rPr>
          <w:rFonts w:ascii="Arial" w:hAnsi="Arial"/>
        </w:rPr>
        <w:t xml:space="preserve"> </w:t>
      </w:r>
      <w:r w:rsidR="00725C25"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="00725C25" w:rsidRPr="002C4A1F">
        <w:rPr>
          <w:rFonts w:ascii="Arial" w:hAnsi="Arial"/>
        </w:rPr>
        <w:t>ensure</w:t>
      </w:r>
      <w:r w:rsidR="00CB73EF" w:rsidRPr="002C4A1F">
        <w:rPr>
          <w:rFonts w:ascii="Arial" w:hAnsi="Arial"/>
        </w:rPr>
        <w:t xml:space="preserve"> </w:t>
      </w:r>
      <w:r w:rsidR="00725C25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725C25" w:rsidRPr="002C4A1F">
        <w:rPr>
          <w:rFonts w:ascii="Arial" w:hAnsi="Arial"/>
        </w:rPr>
        <w:t>continued</w:t>
      </w:r>
      <w:r w:rsidR="00CB73EF" w:rsidRPr="002C4A1F">
        <w:rPr>
          <w:rFonts w:ascii="Arial" w:hAnsi="Arial"/>
        </w:rPr>
        <w:t xml:space="preserve"> </w:t>
      </w:r>
      <w:r w:rsidR="00725C25" w:rsidRPr="002C4A1F">
        <w:rPr>
          <w:rFonts w:ascii="Arial" w:hAnsi="Arial"/>
        </w:rPr>
        <w:t>safety</w:t>
      </w:r>
      <w:r w:rsidR="006838D6" w:rsidRPr="002C4A1F">
        <w:rPr>
          <w:rFonts w:ascii="Arial" w:hAnsi="Arial"/>
        </w:rPr>
        <w:t>.</w:t>
      </w:r>
      <w:r w:rsidR="00CB73EF" w:rsidRPr="002C4A1F">
        <w:rPr>
          <w:rFonts w:ascii="Arial" w:hAnsi="Arial"/>
        </w:rPr>
        <w:t xml:space="preserve">  </w:t>
      </w:r>
    </w:p>
    <w:p w14:paraId="22EFDE26" w14:textId="2899F60E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If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C51867" w:rsidRPr="00912074">
        <w:rPr>
          <w:rFonts w:ascii="Arial" w:hAnsi="Arial" w:cs="Arial"/>
          <w:color w:val="002060"/>
        </w:rPr>
        <w:t>my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="00C51867" w:rsidRPr="00912074">
        <w:rPr>
          <w:rFonts w:ascii="Arial" w:hAnsi="Arial" w:cs="Arial"/>
          <w:color w:val="002060"/>
        </w:rPr>
        <w:t>needs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change</w:t>
      </w:r>
    </w:p>
    <w:p w14:paraId="2AEA944A" w14:textId="0E2E0456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Tell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change.</w:t>
      </w:r>
      <w:r w:rsidR="00CB73EF" w:rsidRPr="002C4A1F">
        <w:rPr>
          <w:rFonts w:ascii="Arial" w:hAnsi="Arial"/>
        </w:rPr>
        <w:t xml:space="preserve"> </w:t>
      </w:r>
    </w:p>
    <w:p w14:paraId="1E3735F7" w14:textId="556288B6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updated,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may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increased,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reduced,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changed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meet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safely.</w:t>
      </w:r>
    </w:p>
    <w:p w14:paraId="46840A94" w14:textId="79B640B9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hospital,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does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automatically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stop</w:t>
      </w:r>
      <w:r w:rsidR="00C51867" w:rsidRPr="002C4A1F">
        <w:rPr>
          <w:rFonts w:ascii="Arial" w:hAnsi="Arial"/>
        </w:rPr>
        <w:t>.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Y</w:t>
      </w:r>
      <w:r w:rsidR="00186F36" w:rsidRPr="002C4A1F">
        <w:rPr>
          <w:rFonts w:ascii="Arial" w:hAnsi="Arial"/>
        </w:rPr>
        <w:t>ou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inform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="00843249" w:rsidRPr="002C4A1F">
        <w:rPr>
          <w:rFonts w:ascii="Arial" w:hAnsi="Arial"/>
        </w:rPr>
        <w:t>Coordinator</w:t>
      </w:r>
      <w:r w:rsidR="00C51867" w:rsidRPr="002C4A1F">
        <w:rPr>
          <w:rFonts w:ascii="Arial" w:hAnsi="Arial"/>
        </w:rPr>
        <w:t>.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They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will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advise</w:t>
      </w:r>
      <w:r w:rsidR="00CB73EF" w:rsidRPr="002C4A1F">
        <w:rPr>
          <w:rFonts w:ascii="Arial" w:hAnsi="Arial"/>
        </w:rPr>
        <w:t xml:space="preserve"> </w:t>
      </w:r>
      <w:r w:rsidR="00186F36" w:rsidRPr="002C4A1F">
        <w:rPr>
          <w:rFonts w:ascii="Arial" w:hAnsi="Arial"/>
        </w:rPr>
        <w:t>you.</w:t>
      </w:r>
    </w:p>
    <w:p w14:paraId="6C71A4A3" w14:textId="4B7A9323" w:rsidR="00C51867" w:rsidRPr="002C4A1F" w:rsidRDefault="00C51867" w:rsidP="006D0999">
      <w:pPr>
        <w:pStyle w:val="Heading2"/>
        <w:rPr>
          <w:rFonts w:ascii="Arial" w:hAnsi="Arial" w:cs="Arial"/>
        </w:rPr>
      </w:pPr>
      <w:r w:rsidRPr="00912074">
        <w:rPr>
          <w:rFonts w:ascii="Arial" w:hAnsi="Arial" w:cs="Arial"/>
          <w:color w:val="002060"/>
        </w:rPr>
        <w:t>Can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my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Direct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Payments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be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stopped?</w:t>
      </w:r>
    </w:p>
    <w:p w14:paraId="7CC717C2" w14:textId="5A27DB73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stopped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if:</w:t>
      </w:r>
    </w:p>
    <w:p w14:paraId="558CE7BD" w14:textId="76B76C0D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choose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stop</w:t>
      </w:r>
      <w:r w:rsidR="004B6226" w:rsidRPr="002C4A1F">
        <w:rPr>
          <w:rFonts w:ascii="Arial" w:hAnsi="Arial"/>
        </w:rPr>
        <w:t>.</w:t>
      </w:r>
    </w:p>
    <w:p w14:paraId="240AF5AB" w14:textId="6D9ED0EF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longer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4B6226" w:rsidRPr="002C4A1F">
        <w:rPr>
          <w:rFonts w:ascii="Arial" w:hAnsi="Arial"/>
        </w:rPr>
        <w:t>.</w:t>
      </w:r>
    </w:p>
    <w:p w14:paraId="5BAB8BE7" w14:textId="5F47E132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It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used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agreed</w:t>
      </w:r>
      <w:r w:rsidR="004B6226" w:rsidRPr="002C4A1F">
        <w:rPr>
          <w:rFonts w:ascii="Arial" w:hAnsi="Arial"/>
        </w:rPr>
        <w:t>.</w:t>
      </w:r>
    </w:p>
    <w:p w14:paraId="5B72815F" w14:textId="3831884C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There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safety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concerns,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example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package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longer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sustainable.</w:t>
      </w:r>
    </w:p>
    <w:p w14:paraId="10537E9C" w14:textId="73CF9AFF" w:rsidR="00C51867" w:rsidRPr="002C4A1F" w:rsidRDefault="00C51867" w:rsidP="00C51867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Fraud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ta</w:t>
      </w:r>
      <w:r w:rsidR="004B6226" w:rsidRPr="002C4A1F">
        <w:rPr>
          <w:rFonts w:ascii="Arial" w:hAnsi="Arial"/>
        </w:rPr>
        <w:t>k</w:t>
      </w:r>
      <w:r w:rsidRPr="002C4A1F">
        <w:rPr>
          <w:rFonts w:ascii="Arial" w:hAnsi="Arial"/>
        </w:rPr>
        <w:t>en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place</w:t>
      </w:r>
      <w:r w:rsidR="004B6226" w:rsidRPr="002C4A1F">
        <w:rPr>
          <w:rFonts w:ascii="Arial" w:hAnsi="Arial"/>
        </w:rPr>
        <w:t>.</w:t>
      </w:r>
    </w:p>
    <w:p w14:paraId="70054399" w14:textId="55E5354A" w:rsidR="00C51867" w:rsidRPr="002C4A1F" w:rsidRDefault="00C51867" w:rsidP="00C51867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given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reasons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writing.</w:t>
      </w:r>
    </w:p>
    <w:p w14:paraId="7856E7C1" w14:textId="36B47F4F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lastRenderedPageBreak/>
        <w:t>Your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rights</w:t>
      </w:r>
    </w:p>
    <w:p w14:paraId="30027186" w14:textId="2698A2ED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ask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look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again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decisions</w:t>
      </w:r>
      <w:r w:rsidR="00CB73EF" w:rsidRPr="002C4A1F">
        <w:rPr>
          <w:rFonts w:ascii="Arial" w:hAnsi="Arial"/>
        </w:rPr>
        <w:t xml:space="preserve"> </w:t>
      </w:r>
      <w:r w:rsidR="0030173E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30173E" w:rsidRPr="002C4A1F">
        <w:rPr>
          <w:rFonts w:ascii="Arial" w:hAnsi="Arial"/>
        </w:rPr>
        <w:t>disagree</w:t>
      </w:r>
      <w:r w:rsidR="00CB73EF" w:rsidRPr="002C4A1F">
        <w:rPr>
          <w:rFonts w:ascii="Arial" w:hAnsi="Arial"/>
        </w:rPr>
        <w:t xml:space="preserve"> </w:t>
      </w:r>
      <w:r w:rsidR="001F5F6C" w:rsidRPr="002C4A1F">
        <w:rPr>
          <w:rFonts w:ascii="Arial" w:hAnsi="Arial"/>
        </w:rPr>
        <w:t>with.</w:t>
      </w:r>
      <w:r w:rsidR="00CB73EF" w:rsidRPr="002C4A1F">
        <w:rPr>
          <w:rFonts w:ascii="Arial" w:hAnsi="Arial"/>
        </w:rPr>
        <w:t xml:space="preserve">  </w:t>
      </w:r>
      <w:r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called</w:t>
      </w:r>
      <w:r w:rsidR="00CB73EF" w:rsidRPr="002C4A1F">
        <w:rPr>
          <w:rFonts w:ascii="Arial" w:hAnsi="Arial"/>
        </w:rPr>
        <w:t xml:space="preserve"> </w:t>
      </w:r>
      <w:r w:rsidR="00843249" w:rsidRPr="002C4A1F">
        <w:rPr>
          <w:rFonts w:ascii="Arial" w:hAnsi="Arial"/>
        </w:rPr>
        <w:t>reconsideration</w:t>
      </w:r>
      <w:r w:rsidRPr="002C4A1F">
        <w:rPr>
          <w:rFonts w:ascii="Arial" w:hAnsi="Arial"/>
        </w:rPr>
        <w:t>.</w:t>
      </w:r>
    </w:p>
    <w:p w14:paraId="23CAA191" w14:textId="097FE432" w:rsidR="00C51867" w:rsidRPr="002C4A1F" w:rsidRDefault="00C51867" w:rsidP="0049251F">
      <w:pPr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not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happy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can:</w:t>
      </w:r>
    </w:p>
    <w:p w14:paraId="68C9DBAC" w14:textId="71C7420D" w:rsidR="00772E3E" w:rsidRPr="002C4A1F" w:rsidRDefault="00C51867" w:rsidP="00C51867">
      <w:pPr>
        <w:pStyle w:val="ListParagraph"/>
        <w:numPr>
          <w:ilvl w:val="0"/>
          <w:numId w:val="23"/>
        </w:numPr>
        <w:rPr>
          <w:rFonts w:ascii="Arial" w:hAnsi="Arial"/>
        </w:rPr>
      </w:pPr>
      <w:r w:rsidRPr="002C4A1F">
        <w:rPr>
          <w:rFonts w:ascii="Arial" w:hAnsi="Arial"/>
        </w:rPr>
        <w:t>Contact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complaint.</w:t>
      </w:r>
    </w:p>
    <w:p w14:paraId="22FD45F4" w14:textId="18E49BE3" w:rsidR="00772E3E" w:rsidRPr="002C4A1F" w:rsidRDefault="00C51867" w:rsidP="00C51867">
      <w:pPr>
        <w:pStyle w:val="ListParagraph"/>
        <w:numPr>
          <w:ilvl w:val="0"/>
          <w:numId w:val="23"/>
        </w:numPr>
        <w:rPr>
          <w:rFonts w:ascii="Arial" w:hAnsi="Arial"/>
        </w:rPr>
      </w:pPr>
      <w:r w:rsidRPr="002C4A1F">
        <w:rPr>
          <w:rFonts w:ascii="Arial" w:hAnsi="Arial"/>
        </w:rPr>
        <w:t>Get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free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from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Llais,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who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5F5555"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="005F5555" w:rsidRPr="002C4A1F">
        <w:rPr>
          <w:rFonts w:ascii="Arial" w:hAnsi="Arial"/>
        </w:rPr>
        <w:t>concerns</w:t>
      </w:r>
      <w:r w:rsidR="00CB73EF" w:rsidRPr="002C4A1F">
        <w:rPr>
          <w:rFonts w:ascii="Arial" w:hAnsi="Arial"/>
        </w:rPr>
        <w:t xml:space="preserve"> </w:t>
      </w:r>
      <w:r w:rsidR="005F5555" w:rsidRPr="002C4A1F">
        <w:rPr>
          <w:rFonts w:ascii="Arial" w:hAnsi="Arial"/>
        </w:rPr>
        <w:t>about</w:t>
      </w:r>
      <w:r w:rsidR="00CB73EF" w:rsidRPr="002C4A1F">
        <w:rPr>
          <w:rFonts w:ascii="Arial" w:hAnsi="Arial"/>
        </w:rPr>
        <w:t xml:space="preserve"> </w:t>
      </w:r>
      <w:r w:rsidR="005F5555"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="005F5555" w:rsidRPr="002C4A1F">
        <w:rPr>
          <w:rFonts w:ascii="Arial" w:hAnsi="Arial"/>
        </w:rPr>
        <w:t>services</w:t>
      </w:r>
      <w:r w:rsidR="005449AE" w:rsidRPr="002C4A1F">
        <w:rPr>
          <w:rFonts w:ascii="Arial" w:hAnsi="Arial"/>
        </w:rPr>
        <w:t>.</w:t>
      </w:r>
    </w:p>
    <w:p w14:paraId="3F8CE706" w14:textId="6D62C5B8" w:rsidR="00772E3E" w:rsidRPr="002C4A1F" w:rsidRDefault="00C51867" w:rsidP="0049251F">
      <w:pPr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still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unhappy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contact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Public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Services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Ombudsman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Wales.</w:t>
      </w:r>
    </w:p>
    <w:p w14:paraId="1B879D76" w14:textId="435D22FE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Your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information</w:t>
      </w:r>
    </w:p>
    <w:p w14:paraId="3CB067E6" w14:textId="778FE41F" w:rsidR="00772E3E" w:rsidRPr="002C4A1F" w:rsidRDefault="00C51867" w:rsidP="0049251F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="00843249" w:rsidRPr="002C4A1F">
        <w:rPr>
          <w:rFonts w:ascii="Arial" w:hAnsi="Arial"/>
        </w:rPr>
        <w:t>must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ensure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information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safe.</w:t>
      </w:r>
    </w:p>
    <w:p w14:paraId="568EA697" w14:textId="039DCCB1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They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only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collect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information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need.</w:t>
      </w:r>
    </w:p>
    <w:p w14:paraId="3999C5FF" w14:textId="37BBB901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information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preferred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language.</w:t>
      </w:r>
    </w:p>
    <w:p w14:paraId="5B4DAAFE" w14:textId="334923D6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ask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Easy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Read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large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print.</w:t>
      </w:r>
    </w:p>
    <w:p w14:paraId="66F3EFC6" w14:textId="0E816588" w:rsidR="00772E3E" w:rsidRPr="00912074" w:rsidRDefault="00C51867" w:rsidP="006D0999">
      <w:pPr>
        <w:pStyle w:val="Heading2"/>
        <w:rPr>
          <w:rFonts w:ascii="Arial" w:hAnsi="Arial" w:cs="Arial"/>
          <w:color w:val="002060"/>
        </w:rPr>
      </w:pPr>
      <w:r w:rsidRPr="00912074">
        <w:rPr>
          <w:rFonts w:ascii="Arial" w:hAnsi="Arial" w:cs="Arial"/>
          <w:color w:val="002060"/>
        </w:rPr>
        <w:t>Roles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and</w:t>
      </w:r>
      <w:r w:rsidR="00CB73EF" w:rsidRPr="00912074">
        <w:rPr>
          <w:rFonts w:ascii="Arial" w:hAnsi="Arial" w:cs="Arial"/>
          <w:color w:val="002060"/>
        </w:rPr>
        <w:t xml:space="preserve"> </w:t>
      </w:r>
      <w:r w:rsidRPr="00912074">
        <w:rPr>
          <w:rFonts w:ascii="Arial" w:hAnsi="Arial" w:cs="Arial"/>
          <w:color w:val="002060"/>
        </w:rPr>
        <w:t>responsibilities</w:t>
      </w:r>
    </w:p>
    <w:p w14:paraId="37427CBC" w14:textId="4D141A04" w:rsidR="00772E3E" w:rsidRPr="002C4A1F" w:rsidRDefault="00C51867" w:rsidP="0049251F">
      <w:pPr>
        <w:rPr>
          <w:rFonts w:ascii="Arial" w:hAnsi="Arial"/>
        </w:rPr>
      </w:pP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will</w:t>
      </w:r>
      <w:r w:rsidR="005449AE" w:rsidRPr="002C4A1F">
        <w:rPr>
          <w:rFonts w:ascii="Arial" w:hAnsi="Arial"/>
        </w:rPr>
        <w:t>:</w:t>
      </w:r>
    </w:p>
    <w:p w14:paraId="4C9A50F0" w14:textId="12331776" w:rsidR="00C51867" w:rsidRPr="002C4A1F" w:rsidRDefault="005449AE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Agree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</w:t>
      </w:r>
      <w:r w:rsidR="00B670A1" w:rsidRPr="002C4A1F">
        <w:rPr>
          <w:rFonts w:ascii="Arial" w:hAnsi="Arial"/>
        </w:rPr>
        <w:t>.</w:t>
      </w:r>
    </w:p>
    <w:p w14:paraId="5EA16E62" w14:textId="0B146570" w:rsidR="00C51867" w:rsidRPr="002C4A1F" w:rsidRDefault="00C51867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A</w:t>
      </w:r>
      <w:r w:rsidR="00407366" w:rsidRPr="002C4A1F">
        <w:rPr>
          <w:rFonts w:ascii="Arial" w:hAnsi="Arial"/>
        </w:rPr>
        <w:t>gree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="00843249" w:rsidRPr="002C4A1F">
        <w:rPr>
          <w:rFonts w:ascii="Arial" w:hAnsi="Arial"/>
        </w:rPr>
        <w:t>budget.</w:t>
      </w:r>
    </w:p>
    <w:p w14:paraId="603AC6F3" w14:textId="3323F3D1" w:rsidR="00C51867" w:rsidRPr="002C4A1F" w:rsidRDefault="00C51867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</w:t>
      </w:r>
      <w:r w:rsidR="0015587D" w:rsidRPr="002C4A1F">
        <w:rPr>
          <w:rFonts w:ascii="Arial" w:hAnsi="Arial"/>
        </w:rPr>
        <w:t>ign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</w:t>
      </w:r>
      <w:r w:rsidR="0015587D" w:rsidRPr="002C4A1F">
        <w:rPr>
          <w:rFonts w:ascii="Arial" w:hAnsi="Arial"/>
        </w:rPr>
        <w:t>ayment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agreement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you</w:t>
      </w:r>
      <w:r w:rsidRPr="002C4A1F">
        <w:rPr>
          <w:rFonts w:ascii="Arial" w:hAnsi="Arial"/>
        </w:rPr>
        <w:t>.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outline</w:t>
      </w:r>
      <w:r w:rsidRPr="002C4A1F">
        <w:rPr>
          <w:rFonts w:ascii="Arial" w:hAnsi="Arial"/>
        </w:rPr>
        <w:t>s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process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both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agree</w:t>
      </w:r>
      <w:r w:rsidR="00CB73EF" w:rsidRPr="002C4A1F">
        <w:rPr>
          <w:rFonts w:ascii="Arial" w:hAnsi="Arial"/>
        </w:rPr>
        <w:t xml:space="preserve"> </w:t>
      </w:r>
      <w:r w:rsidR="0015587D" w:rsidRPr="002C4A1F">
        <w:rPr>
          <w:rFonts w:ascii="Arial" w:hAnsi="Arial"/>
        </w:rPr>
        <w:t>to</w:t>
      </w:r>
      <w:r w:rsidRPr="002C4A1F">
        <w:rPr>
          <w:rFonts w:ascii="Arial" w:hAnsi="Arial"/>
        </w:rPr>
        <w:t>.</w:t>
      </w:r>
    </w:p>
    <w:p w14:paraId="2C22D115" w14:textId="1BBDA2AB" w:rsidR="00407366" w:rsidRPr="002C4A1F" w:rsidRDefault="00407366" w:rsidP="0049251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Ensure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supported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Clinicians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named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="00C51867" w:rsidRPr="002C4A1F">
        <w:rPr>
          <w:rFonts w:ascii="Arial" w:hAnsi="Arial"/>
        </w:rPr>
        <w:t>C</w:t>
      </w:r>
      <w:r w:rsidRPr="002C4A1F">
        <w:rPr>
          <w:rFonts w:ascii="Arial" w:hAnsi="Arial"/>
        </w:rPr>
        <w:t>oordinator</w:t>
      </w:r>
      <w:r w:rsidR="00CB73EF" w:rsidRPr="002C4A1F">
        <w:rPr>
          <w:rFonts w:ascii="Arial" w:hAnsi="Arial"/>
        </w:rPr>
        <w:t xml:space="preserve"> </w:t>
      </w:r>
    </w:p>
    <w:p w14:paraId="552D8180" w14:textId="7CF24A63" w:rsidR="005270B9" w:rsidRPr="002C4A1F" w:rsidRDefault="0015587D" w:rsidP="0049251F">
      <w:pPr>
        <w:rPr>
          <w:rFonts w:ascii="Arial" w:hAnsi="Arial"/>
        </w:rPr>
      </w:pPr>
      <w:r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cases</w:t>
      </w:r>
      <w:r w:rsidR="00407366" w:rsidRPr="002C4A1F">
        <w:rPr>
          <w:rFonts w:ascii="Arial" w:hAnsi="Arial"/>
        </w:rPr>
        <w:t>,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through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an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arrangement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B670A1" w:rsidRPr="002C4A1F">
        <w:rPr>
          <w:rFonts w:ascii="Arial" w:hAnsi="Arial"/>
        </w:rPr>
        <w:t>,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="005270B9" w:rsidRPr="002C4A1F">
        <w:rPr>
          <w:rFonts w:ascii="Arial" w:hAnsi="Arial"/>
        </w:rPr>
        <w:t>Auth</w:t>
      </w:r>
      <w:r w:rsidRPr="002C4A1F">
        <w:rPr>
          <w:rFonts w:ascii="Arial" w:hAnsi="Arial"/>
        </w:rPr>
        <w:t>ority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will</w:t>
      </w:r>
      <w:r w:rsidR="00B670A1" w:rsidRPr="002C4A1F">
        <w:rPr>
          <w:rFonts w:ascii="Arial" w:hAnsi="Arial"/>
        </w:rPr>
        <w:t>:</w:t>
      </w:r>
    </w:p>
    <w:p w14:paraId="0C773C12" w14:textId="65799E88" w:rsidR="00772E3E" w:rsidRPr="002C4A1F" w:rsidRDefault="005449AE" w:rsidP="00B670A1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Make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="00843249"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="00843249" w:rsidRPr="002C4A1F">
        <w:rPr>
          <w:rFonts w:ascii="Arial" w:hAnsi="Arial"/>
        </w:rPr>
        <w:t>you.</w:t>
      </w:r>
    </w:p>
    <w:p w14:paraId="554840C6" w14:textId="0FF07FF4" w:rsidR="00772E3E" w:rsidRPr="002C4A1F" w:rsidRDefault="005449AE" w:rsidP="00B670A1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Check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spending.</w:t>
      </w:r>
    </w:p>
    <w:p w14:paraId="4FE9DBA6" w14:textId="5FC0A1D0" w:rsidR="00772E3E" w:rsidRPr="002C4A1F" w:rsidRDefault="005449AE" w:rsidP="00B670A1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Review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Payment.</w:t>
      </w:r>
    </w:p>
    <w:p w14:paraId="5AAF0D9F" w14:textId="0A29961B" w:rsidR="00772E3E" w:rsidRPr="002C4A1F" w:rsidRDefault="005449AE" w:rsidP="0049251F">
      <w:pPr>
        <w:rPr>
          <w:rFonts w:ascii="Arial" w:hAnsi="Arial"/>
        </w:rPr>
      </w:pPr>
      <w:r w:rsidRPr="002C4A1F">
        <w:rPr>
          <w:rFonts w:ascii="Arial" w:hAnsi="Arial"/>
        </w:rPr>
        <w:lastRenderedPageBreak/>
        <w:t>You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will</w:t>
      </w:r>
      <w:r w:rsidRPr="002C4A1F">
        <w:rPr>
          <w:rFonts w:ascii="Arial" w:hAnsi="Arial"/>
        </w:rPr>
        <w:t>:</w:t>
      </w:r>
    </w:p>
    <w:p w14:paraId="08AA7BA9" w14:textId="40113399" w:rsidR="00772E3E" w:rsidRPr="002C4A1F" w:rsidRDefault="005449AE" w:rsidP="00D649C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Use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only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plan.</w:t>
      </w:r>
    </w:p>
    <w:p w14:paraId="134BC2EF" w14:textId="22AC6796" w:rsidR="00B670A1" w:rsidRPr="002C4A1F" w:rsidRDefault="005449AE" w:rsidP="00D649C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Keep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records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of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hours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worked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by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Personal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Assistants.</w:t>
      </w:r>
    </w:p>
    <w:p w14:paraId="65C6A9B5" w14:textId="138718EF" w:rsidR="00B670A1" w:rsidRPr="002C4A1F" w:rsidRDefault="00B670A1" w:rsidP="00D649C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Keep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records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of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money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spend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from</w:t>
      </w:r>
      <w:r w:rsidR="00CB73EF" w:rsidRPr="002C4A1F">
        <w:rPr>
          <w:rFonts w:ascii="Arial" w:hAnsi="Arial"/>
        </w:rPr>
        <w:t xml:space="preserve"> </w:t>
      </w:r>
      <w:r w:rsidR="00407366" w:rsidRPr="002C4A1F">
        <w:rPr>
          <w:rFonts w:ascii="Arial" w:hAnsi="Arial"/>
        </w:rPr>
        <w:t>the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</w:t>
      </w:r>
      <w:r w:rsidR="00CB73EF" w:rsidRPr="002C4A1F">
        <w:rPr>
          <w:rFonts w:ascii="Arial" w:hAnsi="Arial"/>
        </w:rPr>
        <w:t xml:space="preserve"> </w:t>
      </w:r>
      <w:r w:rsidR="00256EE0" w:rsidRPr="002C4A1F">
        <w:rPr>
          <w:rFonts w:ascii="Arial" w:hAnsi="Arial"/>
        </w:rPr>
        <w:t>budget.</w:t>
      </w:r>
    </w:p>
    <w:p w14:paraId="0B8F0911" w14:textId="3199D1CE" w:rsidR="00772E3E" w:rsidRPr="002C4A1F" w:rsidRDefault="005449AE" w:rsidP="00D649CF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Tell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anything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changes.</w:t>
      </w:r>
    </w:p>
    <w:p w14:paraId="19866F1D" w14:textId="07E7625C" w:rsidR="00772E3E" w:rsidRPr="002C4A1F" w:rsidRDefault="00B670A1" w:rsidP="0049251F">
      <w:pPr>
        <w:rPr>
          <w:rFonts w:ascii="Arial" w:hAnsi="Arial"/>
        </w:rPr>
      </w:pP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use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m</w:t>
      </w:r>
      <w:r w:rsidR="005449AE" w:rsidRPr="002C4A1F">
        <w:rPr>
          <w:rFonts w:ascii="Arial" w:hAnsi="Arial"/>
        </w:rPr>
        <w:t>anaged</w:t>
      </w:r>
      <w:r w:rsidR="00CB73EF" w:rsidRPr="002C4A1F">
        <w:rPr>
          <w:rFonts w:ascii="Arial" w:hAnsi="Arial"/>
        </w:rPr>
        <w:t xml:space="preserve"> </w:t>
      </w:r>
      <w:r w:rsidR="005449AE" w:rsidRPr="002C4A1F">
        <w:rPr>
          <w:rFonts w:ascii="Arial" w:hAnsi="Arial"/>
        </w:rPr>
        <w:t>account</w:t>
      </w:r>
      <w:r w:rsidRPr="002C4A1F">
        <w:rPr>
          <w:rFonts w:ascii="Arial" w:hAnsi="Arial"/>
        </w:rPr>
        <w:t>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service,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they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will:</w:t>
      </w:r>
    </w:p>
    <w:p w14:paraId="55617A49" w14:textId="59965026" w:rsidR="00772E3E" w:rsidRPr="002C4A1F" w:rsidRDefault="005449AE" w:rsidP="00B670A1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Help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with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payroll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and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records.</w:t>
      </w:r>
    </w:p>
    <w:p w14:paraId="179D18B1" w14:textId="73860F1C" w:rsidR="00772E3E" w:rsidRPr="002C4A1F" w:rsidRDefault="005449AE" w:rsidP="00B670A1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Send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reports.</w:t>
      </w:r>
    </w:p>
    <w:p w14:paraId="00C8ED6F" w14:textId="34CCFD38" w:rsidR="00772E3E" w:rsidRPr="002C4A1F" w:rsidRDefault="005449AE" w:rsidP="00B670A1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>Tel</w:t>
      </w:r>
      <w:r w:rsidR="00B670A1" w:rsidRPr="002C4A1F">
        <w:rPr>
          <w:rFonts w:ascii="Arial" w:hAnsi="Arial"/>
        </w:rPr>
        <w:t>l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they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have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concern</w:t>
      </w:r>
      <w:r w:rsidR="00B670A1" w:rsidRPr="002C4A1F">
        <w:rPr>
          <w:rFonts w:ascii="Arial" w:hAnsi="Arial"/>
        </w:rPr>
        <w:t>s</w:t>
      </w:r>
      <w:r w:rsidRPr="002C4A1F">
        <w:rPr>
          <w:rFonts w:ascii="Arial" w:hAnsi="Arial"/>
        </w:rPr>
        <w:t>.</w:t>
      </w:r>
    </w:p>
    <w:p w14:paraId="189F4F77" w14:textId="1F02035C" w:rsidR="00772E3E" w:rsidRPr="00912074" w:rsidRDefault="005449AE" w:rsidP="006D0999">
      <w:pPr>
        <w:pStyle w:val="Heading2"/>
        <w:rPr>
          <w:rFonts w:ascii="Arial" w:hAnsi="Arial" w:cs="Arial"/>
          <w:color w:val="002060"/>
        </w:rPr>
      </w:pPr>
      <w:r w:rsidRPr="3195B063">
        <w:rPr>
          <w:rFonts w:ascii="Arial" w:hAnsi="Arial" w:cs="Arial"/>
          <w:color w:val="002060"/>
        </w:rPr>
        <w:t>Getting</w:t>
      </w:r>
      <w:r w:rsidR="00CB73EF" w:rsidRPr="3195B063">
        <w:rPr>
          <w:rFonts w:ascii="Arial" w:hAnsi="Arial" w:cs="Arial"/>
          <w:color w:val="002060"/>
        </w:rPr>
        <w:t xml:space="preserve"> </w:t>
      </w:r>
      <w:r w:rsidRPr="3195B063">
        <w:rPr>
          <w:rFonts w:ascii="Arial" w:hAnsi="Arial" w:cs="Arial"/>
          <w:color w:val="002060"/>
        </w:rPr>
        <w:t>help</w:t>
      </w:r>
      <w:r w:rsidR="00CB73EF" w:rsidRPr="3195B063">
        <w:rPr>
          <w:rFonts w:ascii="Arial" w:hAnsi="Arial" w:cs="Arial"/>
          <w:color w:val="002060"/>
        </w:rPr>
        <w:t xml:space="preserve"> </w:t>
      </w:r>
      <w:r w:rsidR="00A40A62" w:rsidRPr="3195B063">
        <w:rPr>
          <w:rFonts w:ascii="Arial" w:hAnsi="Arial" w:cs="Arial"/>
          <w:color w:val="002060"/>
        </w:rPr>
        <w:t>and</w:t>
      </w:r>
      <w:r w:rsidR="00CB73EF" w:rsidRPr="3195B063">
        <w:rPr>
          <w:rFonts w:ascii="Arial" w:hAnsi="Arial" w:cs="Arial"/>
          <w:color w:val="002060"/>
        </w:rPr>
        <w:t xml:space="preserve"> </w:t>
      </w:r>
      <w:r w:rsidR="00A40A62" w:rsidRPr="3195B063">
        <w:rPr>
          <w:rFonts w:ascii="Arial" w:hAnsi="Arial" w:cs="Arial"/>
          <w:color w:val="002060"/>
        </w:rPr>
        <w:t>advice</w:t>
      </w:r>
    </w:p>
    <w:p w14:paraId="1E273C8F" w14:textId="63035087" w:rsidR="003C2739" w:rsidRPr="002C4A1F" w:rsidRDefault="003C2739" w:rsidP="0049251F">
      <w:pPr>
        <w:rPr>
          <w:rFonts w:ascii="Arial" w:hAnsi="Arial"/>
        </w:rPr>
      </w:pPr>
      <w:r w:rsidRPr="002C4A1F">
        <w:rPr>
          <w:rFonts w:ascii="Arial" w:hAnsi="Arial"/>
        </w:rPr>
        <w:t>Further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information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about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Direct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Payments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for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is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available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from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local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Health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Board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website:</w:t>
      </w:r>
    </w:p>
    <w:p w14:paraId="45A649BB" w14:textId="71F09F0F" w:rsidR="007055CF" w:rsidRPr="00DE6488" w:rsidRDefault="00DE6488" w:rsidP="003C2739">
      <w:pPr>
        <w:pStyle w:val="ListParagraph"/>
        <w:rPr>
          <w:rFonts w:ascii="Arial" w:hAnsi="Arial"/>
        </w:rPr>
      </w:pPr>
      <w:hyperlink r:id="rId11" w:history="1">
        <w:r w:rsidRPr="00DE6488">
          <w:rPr>
            <w:rStyle w:val="Hyperlink"/>
            <w:rFonts w:ascii="Arial" w:hAnsi="Arial"/>
          </w:rPr>
          <w:t>Direct Payments for Continuing NHS Healthcare - Swansea Bay University Health Board</w:t>
        </w:r>
      </w:hyperlink>
    </w:p>
    <w:p w14:paraId="546F0215" w14:textId="7AB0FE8A" w:rsidR="003C2739" w:rsidRPr="002C4A1F" w:rsidRDefault="00C01DAE" w:rsidP="003C2739">
      <w:pPr>
        <w:pStyle w:val="ListParagraph"/>
        <w:rPr>
          <w:rFonts w:ascii="Arial" w:hAnsi="Arial"/>
        </w:rPr>
      </w:pPr>
      <w:r w:rsidRPr="002C4A1F">
        <w:rPr>
          <w:rFonts w:ascii="Arial" w:hAnsi="Arial"/>
          <w:noProof/>
        </w:rPr>
        <w:drawing>
          <wp:anchor distT="0" distB="0" distL="114300" distR="114300" simplePos="0" relativeHeight="251659264" behindDoc="0" locked="0" layoutInCell="1" allowOverlap="1" wp14:anchorId="52F51C1B" wp14:editId="2C13738B">
            <wp:simplePos x="0" y="0"/>
            <wp:positionH relativeFrom="column">
              <wp:posOffset>-410665</wp:posOffset>
            </wp:positionH>
            <wp:positionV relativeFrom="paragraph">
              <wp:posOffset>292735</wp:posOffset>
            </wp:positionV>
            <wp:extent cx="9371666" cy="4390392"/>
            <wp:effectExtent l="0" t="1162050" r="0" b="295910"/>
            <wp:wrapNone/>
            <wp:docPr id="1861038868" name="Graphic 4">
              <a:extLst xmlns:a="http://schemas.openxmlformats.org/drawingml/2006/main">
                <a:ext uri="{FF2B5EF4-FFF2-40B4-BE49-F238E27FC236}">
                  <a16:creationId xmlns:a16="http://schemas.microsoft.com/office/drawing/2014/main" id="{1AD4ACA7-3CB8-8061-5AD6-D4F6C598C7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4">
                      <a:extLst>
                        <a:ext uri="{FF2B5EF4-FFF2-40B4-BE49-F238E27FC236}">
                          <a16:creationId xmlns:a16="http://schemas.microsoft.com/office/drawing/2014/main" id="{1AD4ACA7-3CB8-8061-5AD6-D4F6C598C7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/>
                    <a:stretch/>
                  </pic:blipFill>
                  <pic:spPr>
                    <a:xfrm rot="20154599" flipH="1">
                      <a:off x="0" y="0"/>
                      <a:ext cx="9371666" cy="4390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="007055CF" w:rsidRPr="002C4A1F">
          <w:rPr>
            <w:rStyle w:val="Hyperlink"/>
            <w:rFonts w:ascii="Arial" w:hAnsi="Arial"/>
          </w:rPr>
          <w:t>Planning.office@wales.nhs.uk</w:t>
        </w:r>
      </w:hyperlink>
    </w:p>
    <w:p w14:paraId="0DBC5C4F" w14:textId="5CF08391" w:rsidR="009534F5" w:rsidRPr="002C4A1F" w:rsidRDefault="009534F5" w:rsidP="003C2739">
      <w:pPr>
        <w:pStyle w:val="ListParagraph"/>
        <w:rPr>
          <w:rFonts w:ascii="Arial" w:hAnsi="Arial"/>
        </w:rPr>
      </w:pPr>
      <w:r w:rsidRPr="002C4A1F">
        <w:rPr>
          <w:rFonts w:ascii="Arial" w:hAnsi="Arial"/>
        </w:rPr>
        <w:t xml:space="preserve">01639 </w:t>
      </w:r>
      <w:r w:rsidR="00067C5D" w:rsidRPr="002C4A1F">
        <w:rPr>
          <w:rFonts w:ascii="Arial" w:hAnsi="Arial"/>
        </w:rPr>
        <w:t>683344</w:t>
      </w:r>
    </w:p>
    <w:p w14:paraId="4A2FBABE" w14:textId="43DB64FD" w:rsidR="00772E3E" w:rsidRPr="002C4A1F" w:rsidRDefault="0060361A" w:rsidP="0049251F">
      <w:pPr>
        <w:rPr>
          <w:rFonts w:ascii="Arial" w:hAnsi="Arial"/>
        </w:rPr>
      </w:pPr>
      <w:r w:rsidRPr="002C4A1F">
        <w:rPr>
          <w:rFonts w:ascii="Arial" w:hAnsi="Arial"/>
        </w:rPr>
        <w:t>Please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talk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to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your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Continuing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NHS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Healthcare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Care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Coordinator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if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you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need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this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information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in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a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different</w:t>
      </w:r>
      <w:r w:rsidR="00CB73EF" w:rsidRPr="002C4A1F">
        <w:rPr>
          <w:rFonts w:ascii="Arial" w:hAnsi="Arial"/>
        </w:rPr>
        <w:t xml:space="preserve"> </w:t>
      </w:r>
      <w:r w:rsidR="00B670A1" w:rsidRPr="002C4A1F">
        <w:rPr>
          <w:rFonts w:ascii="Arial" w:hAnsi="Arial"/>
        </w:rPr>
        <w:t>format</w:t>
      </w:r>
      <w:r w:rsidR="005449AE" w:rsidRPr="002C4A1F">
        <w:rPr>
          <w:rFonts w:ascii="Arial" w:hAnsi="Arial"/>
        </w:rPr>
        <w:t>.</w:t>
      </w:r>
      <w:r w:rsidR="00955A65" w:rsidRPr="002C4A1F">
        <w:rPr>
          <w:rFonts w:ascii="Arial" w:hAnsi="Arial"/>
        </w:rPr>
        <w:t xml:space="preserve"> </w:t>
      </w:r>
    </w:p>
    <w:p w14:paraId="18241A38" w14:textId="6D20FE9C" w:rsidR="00955A65" w:rsidRPr="002C4A1F" w:rsidRDefault="00D649CF" w:rsidP="0049251F">
      <w:pPr>
        <w:rPr>
          <w:rFonts w:ascii="Arial" w:hAnsi="Arial"/>
        </w:rPr>
      </w:pPr>
      <w:r w:rsidRPr="002C4A1F">
        <w:rPr>
          <w:rFonts w:ascii="Arial" w:hAnsi="Arial"/>
        </w:rPr>
        <w:t>Last</w:t>
      </w:r>
      <w:r w:rsidR="00CB73EF" w:rsidRPr="002C4A1F">
        <w:rPr>
          <w:rFonts w:ascii="Arial" w:hAnsi="Arial"/>
        </w:rPr>
        <w:t xml:space="preserve"> </w:t>
      </w:r>
      <w:r w:rsidRPr="002C4A1F">
        <w:rPr>
          <w:rFonts w:ascii="Arial" w:hAnsi="Arial"/>
        </w:rPr>
        <w:t>updated</w:t>
      </w:r>
      <w:r w:rsidR="00CB73EF" w:rsidRPr="002C4A1F">
        <w:rPr>
          <w:rFonts w:ascii="Arial" w:hAnsi="Arial"/>
        </w:rPr>
        <w:t xml:space="preserve"> </w:t>
      </w:r>
      <w:r w:rsidR="00DE6488">
        <w:rPr>
          <w:rFonts w:ascii="Arial" w:hAnsi="Arial"/>
        </w:rPr>
        <w:t>April</w:t>
      </w:r>
      <w:r w:rsidR="00CB73EF" w:rsidRPr="002C4A1F">
        <w:rPr>
          <w:rFonts w:ascii="Arial" w:hAnsi="Arial"/>
        </w:rPr>
        <w:t xml:space="preserve"> </w:t>
      </w:r>
      <w:r w:rsidR="003C2739" w:rsidRPr="002C4A1F">
        <w:rPr>
          <w:rFonts w:ascii="Arial" w:hAnsi="Arial"/>
        </w:rPr>
        <w:t>2026.</w:t>
      </w:r>
      <w:r w:rsidR="00955A65" w:rsidRPr="002C4A1F">
        <w:rPr>
          <w:rFonts w:ascii="Arial" w:hAnsi="Arial"/>
        </w:rPr>
        <w:t xml:space="preserve"> </w:t>
      </w:r>
    </w:p>
    <w:p w14:paraId="15AA44E0" w14:textId="412F0318" w:rsidR="00955A65" w:rsidRPr="002C4A1F" w:rsidRDefault="00955A65" w:rsidP="0049251F">
      <w:pPr>
        <w:rPr>
          <w:rFonts w:ascii="Arial" w:hAnsi="Arial"/>
        </w:rPr>
      </w:pPr>
    </w:p>
    <w:p w14:paraId="4F786C84" w14:textId="69584737" w:rsidR="00955A65" w:rsidRPr="002C4A1F" w:rsidRDefault="00955A65" w:rsidP="0049251F">
      <w:pPr>
        <w:rPr>
          <w:rFonts w:ascii="Arial" w:hAnsi="Arial"/>
        </w:rPr>
      </w:pPr>
    </w:p>
    <w:sectPr w:rsidR="00955A65" w:rsidRPr="002C4A1F" w:rsidSect="0049251F">
      <w:headerReference w:type="default" r:id="rId15"/>
      <w:footerReference w:type="default" r:id="rId16"/>
      <w:pgSz w:w="12240" w:h="15840"/>
      <w:pgMar w:top="1440" w:right="1701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029C" w14:textId="77777777" w:rsidR="008B7F2E" w:rsidRDefault="008B7F2E" w:rsidP="0049251F">
      <w:r>
        <w:separator/>
      </w:r>
    </w:p>
  </w:endnote>
  <w:endnote w:type="continuationSeparator" w:id="0">
    <w:p w14:paraId="660499D9" w14:textId="77777777" w:rsidR="008B7F2E" w:rsidRDefault="008B7F2E" w:rsidP="0049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A00C0" w14:textId="5C4EDED9" w:rsidR="002D3124" w:rsidRDefault="002D3124">
    <w:pPr>
      <w:pStyle w:val="Footer"/>
    </w:pPr>
    <w:r w:rsidRPr="002D3124">
      <w:rPr>
        <w:noProof/>
      </w:rPr>
      <w:drawing>
        <wp:inline distT="0" distB="0" distL="0" distR="0" wp14:anchorId="1A572B95" wp14:editId="0FCEFABA">
          <wp:extent cx="1927860" cy="522478"/>
          <wp:effectExtent l="0" t="0" r="0" b="0"/>
          <wp:docPr id="3" name="Graphic 2">
            <a:extLst xmlns:a="http://schemas.openxmlformats.org/drawingml/2006/main">
              <a:ext uri="{FF2B5EF4-FFF2-40B4-BE49-F238E27FC236}">
                <a16:creationId xmlns:a16="http://schemas.microsoft.com/office/drawing/2014/main" id="{31881231-5B9A-32B8-4950-97D627D4A5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2">
                    <a:extLst>
                      <a:ext uri="{FF2B5EF4-FFF2-40B4-BE49-F238E27FC236}">
                        <a16:creationId xmlns:a16="http://schemas.microsoft.com/office/drawing/2014/main" id="{31881231-5B9A-32B8-4950-97D627D4A59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927860" cy="522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FFDE55" w14:textId="62757EB0" w:rsidR="0049251F" w:rsidRPr="0049251F" w:rsidRDefault="0049251F" w:rsidP="004925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BA43" w14:textId="77777777" w:rsidR="008B7F2E" w:rsidRDefault="008B7F2E" w:rsidP="0049251F">
      <w:r>
        <w:separator/>
      </w:r>
    </w:p>
  </w:footnote>
  <w:footnote w:type="continuationSeparator" w:id="0">
    <w:p w14:paraId="39F88F36" w14:textId="77777777" w:rsidR="008B7F2E" w:rsidRDefault="008B7F2E" w:rsidP="0049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E81D" w14:textId="4E370F96" w:rsidR="00912074" w:rsidRDefault="00912074" w:rsidP="00912074">
    <w:pPr>
      <w:pStyle w:val="Header"/>
      <w:jc w:val="right"/>
    </w:pPr>
    <w:r w:rsidRPr="00912074">
      <w:rPr>
        <w:noProof/>
      </w:rPr>
      <w:drawing>
        <wp:inline distT="0" distB="0" distL="0" distR="0" wp14:anchorId="268EF038" wp14:editId="54A25CF3">
          <wp:extent cx="1378215" cy="351309"/>
          <wp:effectExtent l="0" t="0" r="0" b="0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7B7AD6C9-E1E0-9F08-87B3-F86BB44C3D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7B7AD6C9-E1E0-9F08-87B3-F86BB44C3D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8215" cy="351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A45AB5" w14:textId="11A335C6" w:rsidR="004C4C66" w:rsidRDefault="004C4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D16580"/>
    <w:multiLevelType w:val="hybridMultilevel"/>
    <w:tmpl w:val="4822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595C4E"/>
    <w:multiLevelType w:val="multilevel"/>
    <w:tmpl w:val="A912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2B38E2"/>
    <w:multiLevelType w:val="hybridMultilevel"/>
    <w:tmpl w:val="3D008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03507"/>
    <w:multiLevelType w:val="hybridMultilevel"/>
    <w:tmpl w:val="574EB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E87864"/>
    <w:multiLevelType w:val="hybridMultilevel"/>
    <w:tmpl w:val="DA8CA616"/>
    <w:lvl w:ilvl="0" w:tplc="32C0770C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50434B"/>
    <w:multiLevelType w:val="hybridMultilevel"/>
    <w:tmpl w:val="254AFE58"/>
    <w:lvl w:ilvl="0" w:tplc="A2865CFE">
      <w:numFmt w:val="bullet"/>
      <w:lvlText w:val="•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F2950"/>
    <w:multiLevelType w:val="hybridMultilevel"/>
    <w:tmpl w:val="331A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840D4"/>
    <w:multiLevelType w:val="hybridMultilevel"/>
    <w:tmpl w:val="12E67FFC"/>
    <w:lvl w:ilvl="0" w:tplc="6978A07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22AE7"/>
    <w:multiLevelType w:val="hybridMultilevel"/>
    <w:tmpl w:val="27901CB2"/>
    <w:lvl w:ilvl="0" w:tplc="6978A07A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31D11"/>
    <w:multiLevelType w:val="multilevel"/>
    <w:tmpl w:val="7D3C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90066E"/>
    <w:multiLevelType w:val="multilevel"/>
    <w:tmpl w:val="9DA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475588"/>
    <w:multiLevelType w:val="multilevel"/>
    <w:tmpl w:val="FE3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106160"/>
    <w:multiLevelType w:val="hybridMultilevel"/>
    <w:tmpl w:val="D8ACF67C"/>
    <w:lvl w:ilvl="0" w:tplc="A2865CFE">
      <w:numFmt w:val="bullet"/>
      <w:lvlText w:val="•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A50AB"/>
    <w:multiLevelType w:val="hybridMultilevel"/>
    <w:tmpl w:val="D1A66084"/>
    <w:lvl w:ilvl="0" w:tplc="A2865CFE">
      <w:numFmt w:val="bullet"/>
      <w:lvlText w:val="•"/>
      <w:lvlJc w:val="left"/>
      <w:pPr>
        <w:ind w:left="720" w:hanging="360"/>
      </w:pPr>
      <w:rPr>
        <w:rFonts w:ascii="Verdana" w:eastAsiaTheme="minorEastAsia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45B03"/>
    <w:multiLevelType w:val="hybridMultilevel"/>
    <w:tmpl w:val="4AAAC9F2"/>
    <w:lvl w:ilvl="0" w:tplc="BEB4892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56060"/>
    <w:multiLevelType w:val="multilevel"/>
    <w:tmpl w:val="29E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643992">
    <w:abstractNumId w:val="8"/>
  </w:num>
  <w:num w:numId="2" w16cid:durableId="951591910">
    <w:abstractNumId w:val="6"/>
  </w:num>
  <w:num w:numId="3" w16cid:durableId="286088503">
    <w:abstractNumId w:val="5"/>
  </w:num>
  <w:num w:numId="4" w16cid:durableId="159084537">
    <w:abstractNumId w:val="4"/>
  </w:num>
  <w:num w:numId="5" w16cid:durableId="1309433678">
    <w:abstractNumId w:val="7"/>
  </w:num>
  <w:num w:numId="6" w16cid:durableId="1143617947">
    <w:abstractNumId w:val="3"/>
  </w:num>
  <w:num w:numId="7" w16cid:durableId="1750149972">
    <w:abstractNumId w:val="2"/>
  </w:num>
  <w:num w:numId="8" w16cid:durableId="1876115973">
    <w:abstractNumId w:val="1"/>
  </w:num>
  <w:num w:numId="9" w16cid:durableId="921179353">
    <w:abstractNumId w:val="0"/>
  </w:num>
  <w:num w:numId="10" w16cid:durableId="436218276">
    <w:abstractNumId w:val="20"/>
  </w:num>
  <w:num w:numId="11" w16cid:durableId="1396932093">
    <w:abstractNumId w:val="11"/>
  </w:num>
  <w:num w:numId="12" w16cid:durableId="173151159">
    <w:abstractNumId w:val="12"/>
  </w:num>
  <w:num w:numId="13" w16cid:durableId="303126965">
    <w:abstractNumId w:val="16"/>
  </w:num>
  <w:num w:numId="14" w16cid:durableId="1556156928">
    <w:abstractNumId w:val="17"/>
  </w:num>
  <w:num w:numId="15" w16cid:durableId="1731927815">
    <w:abstractNumId w:val="9"/>
  </w:num>
  <w:num w:numId="16" w16cid:durableId="362949502">
    <w:abstractNumId w:val="15"/>
  </w:num>
  <w:num w:numId="17" w16cid:durableId="1213729214">
    <w:abstractNumId w:val="23"/>
  </w:num>
  <w:num w:numId="18" w16cid:durableId="1977518">
    <w:abstractNumId w:val="10"/>
  </w:num>
  <w:num w:numId="19" w16cid:durableId="1005939954">
    <w:abstractNumId w:val="19"/>
  </w:num>
  <w:num w:numId="20" w16cid:durableId="185290703">
    <w:abstractNumId w:val="18"/>
  </w:num>
  <w:num w:numId="21" w16cid:durableId="1025524214">
    <w:abstractNumId w:val="24"/>
  </w:num>
  <w:num w:numId="22" w16cid:durableId="1363435216">
    <w:abstractNumId w:val="13"/>
  </w:num>
  <w:num w:numId="23" w16cid:durableId="1999916005">
    <w:abstractNumId w:val="14"/>
  </w:num>
  <w:num w:numId="24" w16cid:durableId="1222205098">
    <w:abstractNumId w:val="22"/>
  </w:num>
  <w:num w:numId="25" w16cid:durableId="15232782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ACD"/>
    <w:rsid w:val="0003006F"/>
    <w:rsid w:val="00034616"/>
    <w:rsid w:val="00056A66"/>
    <w:rsid w:val="0006063C"/>
    <w:rsid w:val="00067C5D"/>
    <w:rsid w:val="00077816"/>
    <w:rsid w:val="00086140"/>
    <w:rsid w:val="000948CE"/>
    <w:rsid w:val="000A13C6"/>
    <w:rsid w:val="000A1AF6"/>
    <w:rsid w:val="000A57D3"/>
    <w:rsid w:val="000D5967"/>
    <w:rsid w:val="000F54C6"/>
    <w:rsid w:val="00146DEE"/>
    <w:rsid w:val="0015074B"/>
    <w:rsid w:val="0015587D"/>
    <w:rsid w:val="00186F36"/>
    <w:rsid w:val="00195A81"/>
    <w:rsid w:val="001F5F6C"/>
    <w:rsid w:val="00213082"/>
    <w:rsid w:val="0022219A"/>
    <w:rsid w:val="00256EE0"/>
    <w:rsid w:val="00265280"/>
    <w:rsid w:val="002878A0"/>
    <w:rsid w:val="0029639D"/>
    <w:rsid w:val="00296835"/>
    <w:rsid w:val="002C4A1F"/>
    <w:rsid w:val="002D3124"/>
    <w:rsid w:val="0030173E"/>
    <w:rsid w:val="00326F90"/>
    <w:rsid w:val="003462CB"/>
    <w:rsid w:val="00346E7E"/>
    <w:rsid w:val="003C051C"/>
    <w:rsid w:val="003C2739"/>
    <w:rsid w:val="003D51A0"/>
    <w:rsid w:val="003F284D"/>
    <w:rsid w:val="00407366"/>
    <w:rsid w:val="00427697"/>
    <w:rsid w:val="00454040"/>
    <w:rsid w:val="00460C3D"/>
    <w:rsid w:val="0049251F"/>
    <w:rsid w:val="004B6226"/>
    <w:rsid w:val="004C4C66"/>
    <w:rsid w:val="00524029"/>
    <w:rsid w:val="005270B9"/>
    <w:rsid w:val="005449AE"/>
    <w:rsid w:val="005E4B0F"/>
    <w:rsid w:val="005F5555"/>
    <w:rsid w:val="0060361A"/>
    <w:rsid w:val="00612C2A"/>
    <w:rsid w:val="00637021"/>
    <w:rsid w:val="00646C8D"/>
    <w:rsid w:val="00647669"/>
    <w:rsid w:val="00647C11"/>
    <w:rsid w:val="00653EA7"/>
    <w:rsid w:val="006838D6"/>
    <w:rsid w:val="006D0999"/>
    <w:rsid w:val="00703484"/>
    <w:rsid w:val="007055CF"/>
    <w:rsid w:val="00725C25"/>
    <w:rsid w:val="00733D9C"/>
    <w:rsid w:val="00750615"/>
    <w:rsid w:val="00772E3E"/>
    <w:rsid w:val="00774044"/>
    <w:rsid w:val="007A5477"/>
    <w:rsid w:val="007A5EAB"/>
    <w:rsid w:val="007B1FF9"/>
    <w:rsid w:val="007C528B"/>
    <w:rsid w:val="007E5296"/>
    <w:rsid w:val="007F234D"/>
    <w:rsid w:val="00824CEA"/>
    <w:rsid w:val="00843249"/>
    <w:rsid w:val="00866BD6"/>
    <w:rsid w:val="00882999"/>
    <w:rsid w:val="0089010A"/>
    <w:rsid w:val="008B2834"/>
    <w:rsid w:val="008B7F2E"/>
    <w:rsid w:val="00912074"/>
    <w:rsid w:val="00946CBA"/>
    <w:rsid w:val="00952818"/>
    <w:rsid w:val="009534F5"/>
    <w:rsid w:val="00955A65"/>
    <w:rsid w:val="00964BA2"/>
    <w:rsid w:val="009A273E"/>
    <w:rsid w:val="009F0D69"/>
    <w:rsid w:val="00A37286"/>
    <w:rsid w:val="00A40A62"/>
    <w:rsid w:val="00AA1D8D"/>
    <w:rsid w:val="00B25E09"/>
    <w:rsid w:val="00B47730"/>
    <w:rsid w:val="00B670A1"/>
    <w:rsid w:val="00B9514E"/>
    <w:rsid w:val="00BA6B8E"/>
    <w:rsid w:val="00BA7703"/>
    <w:rsid w:val="00BC0AF3"/>
    <w:rsid w:val="00C01DAE"/>
    <w:rsid w:val="00C51867"/>
    <w:rsid w:val="00C71764"/>
    <w:rsid w:val="00CB0664"/>
    <w:rsid w:val="00CB4C66"/>
    <w:rsid w:val="00CB73EF"/>
    <w:rsid w:val="00CC62AA"/>
    <w:rsid w:val="00CC7E06"/>
    <w:rsid w:val="00CE36DF"/>
    <w:rsid w:val="00D33D9A"/>
    <w:rsid w:val="00D34F03"/>
    <w:rsid w:val="00D50630"/>
    <w:rsid w:val="00D64603"/>
    <w:rsid w:val="00D649CF"/>
    <w:rsid w:val="00D66115"/>
    <w:rsid w:val="00DE6488"/>
    <w:rsid w:val="00E4526F"/>
    <w:rsid w:val="00E72EFE"/>
    <w:rsid w:val="00EB2419"/>
    <w:rsid w:val="00F00BBD"/>
    <w:rsid w:val="00F03C8B"/>
    <w:rsid w:val="00F639E3"/>
    <w:rsid w:val="00FC693F"/>
    <w:rsid w:val="00FD30F3"/>
    <w:rsid w:val="00FE2924"/>
    <w:rsid w:val="220F102F"/>
    <w:rsid w:val="3195B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728956"/>
  <w14:defaultImageDpi w14:val="300"/>
  <w15:docId w15:val="{81975B81-92BB-4339-8038-A5A7C034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51F"/>
    <w:rPr>
      <w:rFonts w:ascii="Verdana" w:hAnsi="Verdana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51F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999"/>
    <w:pPr>
      <w:keepNext/>
      <w:keepLines/>
      <w:spacing w:before="600" w:after="120"/>
      <w:outlineLvl w:val="1"/>
    </w:pPr>
    <w:rPr>
      <w:rFonts w:eastAsiaTheme="majorEastAsia" w:cstheme="majorBidi"/>
      <w:b/>
      <w:bCs/>
      <w:color w:val="325A8A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251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0999"/>
    <w:rPr>
      <w:rFonts w:ascii="Verdana" w:eastAsiaTheme="majorEastAsia" w:hAnsi="Verdana" w:cstheme="majorBidi"/>
      <w:b/>
      <w:bCs/>
      <w:color w:val="325A8A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49251F"/>
    <w:pPr>
      <w:numPr>
        <w:numId w:val="22"/>
      </w:numPr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C0A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AF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FE2924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FE2924"/>
    <w:pPr>
      <w:spacing w:after="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2924"/>
    <w:rPr>
      <w:rFonts w:eastAsiaTheme="minorHAnsi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E29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buhb.nhs.wales/about-us/our-health-board/our-standards-and-duties/direct-payments-for-continuing-nhs-healthcar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lanning.office@wales.nhs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57DCF1213744C904786390470675C" ma:contentTypeVersion="6" ma:contentTypeDescription="Create a new document." ma:contentTypeScope="" ma:versionID="1ba75af51a70f1eedab8d16094e3f7e4">
  <xsd:schema xmlns:xsd="http://www.w3.org/2001/XMLSchema" xmlns:xs="http://www.w3.org/2001/XMLSchema" xmlns:p="http://schemas.microsoft.com/office/2006/metadata/properties" xmlns:ns2="f2662b81-ca3c-4efa-bcd4-ea40eb7b8576" xmlns:ns3="5724cd42-8f4b-4ae0-befb-5b66736fedce" targetNamespace="http://schemas.microsoft.com/office/2006/metadata/properties" ma:root="true" ma:fieldsID="a10e07e3e32768f2183af5a3cf030099" ns2:_="" ns3:_="">
    <xsd:import namespace="f2662b81-ca3c-4efa-bcd4-ea40eb7b8576"/>
    <xsd:import namespace="5724cd42-8f4b-4ae0-befb-5b66736fe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62b81-ca3c-4efa-bcd4-ea40eb7b8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4cd42-8f4b-4ae0-befb-5b66736fed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F2A9C7-4866-4D40-81E0-87AEFA537E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8F9D98-3C0E-4736-B5D3-F6C4CA6A4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62b81-ca3c-4efa-bcd4-ea40eb7b8576"/>
    <ds:schemaRef ds:uri="5724cd42-8f4b-4ae0-befb-5b66736fe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0A95F-8D17-44BE-AB18-569FC7709A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1281</Words>
  <Characters>7304</Characters>
  <Application>Microsoft Office Word</Application>
  <DocSecurity>0</DocSecurity>
  <Lines>60</Lines>
  <Paragraphs>17</Paragraphs>
  <ScaleCrop>false</ScaleCrop>
  <Manager/>
  <Company/>
  <LinksUpToDate>false</LinksUpToDate>
  <CharactersWithSpaces>8568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Melanie Blake (Swansea Bay UHB - Planning &amp; Partnerships)</cp:lastModifiedBy>
  <cp:revision>24</cp:revision>
  <cp:lastPrinted>2026-03-20T09:36:00Z</cp:lastPrinted>
  <dcterms:created xsi:type="dcterms:W3CDTF">2026-04-13T14:51:00Z</dcterms:created>
  <dcterms:modified xsi:type="dcterms:W3CDTF">2026-04-28T09:44:00Z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0x01010020F57DCF1213744C904786390470675C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