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21A8" w14:textId="77777777" w:rsidR="00755FCE" w:rsidRDefault="00F92F6A">
      <w:pPr>
        <w:jc w:val="center"/>
      </w:pPr>
      <w:r>
        <w:rPr>
          <w:b/>
          <w:sz w:val="32"/>
        </w:rPr>
        <w:t>Final Notice: Care Home Placement Decision Required</w:t>
      </w:r>
    </w:p>
    <w:p w14:paraId="556EE9F2" w14:textId="77777777" w:rsidR="00755FCE" w:rsidRDefault="00F92F6A">
      <w:r>
        <w:t>Date: __________________</w:t>
      </w:r>
    </w:p>
    <w:p w14:paraId="1B11C06F" w14:textId="77777777" w:rsidR="00755FCE" w:rsidRDefault="00F92F6A">
      <w:r>
        <w:t>Private and Confidential</w:t>
      </w:r>
    </w:p>
    <w:p w14:paraId="13101BCC" w14:textId="77777777" w:rsidR="00755FCE" w:rsidRDefault="00F92F6A">
      <w:r>
        <w:t>Dear [Patient/Family Representative Name],</w:t>
      </w:r>
    </w:p>
    <w:p w14:paraId="6C0720CC" w14:textId="77777777" w:rsidR="00755FCE" w:rsidRDefault="00F92F6A">
      <w:r>
        <w:t>Re: Final Request for Care Home Placement Decision for [Patient Name]</w:t>
      </w:r>
    </w:p>
    <w:p w14:paraId="68821B15" w14:textId="77777777" w:rsidR="00755FCE" w:rsidRDefault="00F92F6A">
      <w:r>
        <w:t>We are writing further to our letter dated [date of first letter] regarding discharge arrangements for [Patient Name], who remains medically fit for discharge from hospital and requires a care home placement to meet their assessed care needs.</w:t>
      </w:r>
    </w:p>
    <w:p w14:paraId="6255E0E6" w14:textId="77777777" w:rsidR="00755FCE" w:rsidRDefault="00F92F6A">
      <w:r>
        <w:t>Despite previous discussions and our earlier correspondence, we have not yet received confirmation of a preferred care home placement. Suitable options have been identified and shared with you, and support has been made available to assist you in making this decision. The timescales outlined within the Choice Policy have now been exceeded.</w:t>
      </w:r>
    </w:p>
    <w:p w14:paraId="13A1C374" w14:textId="77777777" w:rsidR="00755FCE" w:rsidRDefault="00F92F6A">
      <w:r>
        <w:t>We understand that this is a significant decision and appreciate that choosing a care home can be challenging. However, remaining in an acute hospital bed when hospital treatment is no longer required is not in [Patient Name]'s best interests and may adversely affect their recovery, independence, and wellbeing. Additionally, delays in discharge reduce the availability of hospital beds for other patients who require acute care.</w:t>
      </w:r>
    </w:p>
    <w:p w14:paraId="3FD40232" w14:textId="77777777" w:rsidR="00755FCE" w:rsidRDefault="00F92F6A">
      <w:r>
        <w:t>We must therefore ask that you provide confirmation of your preferred care home placement by [insert date and time].</w:t>
      </w:r>
    </w:p>
    <w:p w14:paraId="436515D3" w14:textId="77777777" w:rsidR="00755FCE" w:rsidRDefault="00F92F6A">
      <w:r>
        <w:t>If we do not receive confirmation by this deadline, the Local Authority and Swansea Bay University Health Board will proceed with arrangements for the first available suitable placement that is able to safely meet [Patient Name]'s assessed needs. This action will be taken in accordance with the Choice Policy and discharge guidance to ensure that discharge is not delayed further. Any preferences you have expressed will continue to be recorded and considered should opportunities arise in the future.</w:t>
      </w:r>
    </w:p>
    <w:p w14:paraId="18031B71" w14:textId="77777777" w:rsidR="00755FCE" w:rsidRDefault="00F92F6A">
      <w:r>
        <w:t>Should you wish to discuss this matter, require further information, or need support in making a decision, please contact [Name] on [Telephone Number] without delay.</w:t>
      </w:r>
    </w:p>
    <w:p w14:paraId="4A408515" w14:textId="77777777" w:rsidR="00755FCE" w:rsidRDefault="00F92F6A">
      <w:r>
        <w:t>We would be grateful for your urgent attention to this matter.</w:t>
      </w:r>
    </w:p>
    <w:p w14:paraId="283E57F6" w14:textId="77777777" w:rsidR="00755FCE" w:rsidRDefault="00F92F6A">
      <w:r>
        <w:t>Yours sincerely,</w:t>
      </w:r>
    </w:p>
    <w:p w14:paraId="7AC15054" w14:textId="77777777" w:rsidR="00755FCE" w:rsidRDefault="00F92F6A">
      <w:r>
        <w:t>[Name]</w:t>
      </w:r>
      <w:r>
        <w:br/>
        <w:t>[Job Title]</w:t>
      </w:r>
      <w:r>
        <w:br/>
        <w:t>Swansea Bay University Health Board</w:t>
      </w:r>
    </w:p>
    <w:p w14:paraId="6533B028" w14:textId="77777777" w:rsidR="00755FCE" w:rsidRDefault="00F92F6A">
      <w:r>
        <w:t>Cc: Social Worker / Discharge Coordinator / Ward Manager / Patient Record</w:t>
      </w:r>
    </w:p>
    <w:sectPr w:rsidR="00755FCE" w:rsidSect="007B060A">
      <w:pgSz w:w="12240" w:h="15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7849111">
    <w:abstractNumId w:val="8"/>
  </w:num>
  <w:num w:numId="2" w16cid:durableId="1294021604">
    <w:abstractNumId w:val="6"/>
  </w:num>
  <w:num w:numId="3" w16cid:durableId="1021736268">
    <w:abstractNumId w:val="5"/>
  </w:num>
  <w:num w:numId="4" w16cid:durableId="2127767740">
    <w:abstractNumId w:val="4"/>
  </w:num>
  <w:num w:numId="5" w16cid:durableId="1415980791">
    <w:abstractNumId w:val="7"/>
  </w:num>
  <w:num w:numId="6" w16cid:durableId="1383627311">
    <w:abstractNumId w:val="3"/>
  </w:num>
  <w:num w:numId="7" w16cid:durableId="1039401191">
    <w:abstractNumId w:val="2"/>
  </w:num>
  <w:num w:numId="8" w16cid:durableId="1680422727">
    <w:abstractNumId w:val="1"/>
  </w:num>
  <w:num w:numId="9" w16cid:durableId="149934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C5468"/>
    <w:rsid w:val="00755FCE"/>
    <w:rsid w:val="007B060A"/>
    <w:rsid w:val="00AA1D8D"/>
    <w:rsid w:val="00B47730"/>
    <w:rsid w:val="00CB0664"/>
    <w:rsid w:val="00F92F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3F51A43-25AA-47D9-ABC1-261BCF3C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Bevan (Swansea Bay UHB - Hospital at Night)</dc:creator>
  <cp:keywords/>
  <dc:description>generated by python-docx</dc:description>
  <cp:lastModifiedBy>Kelly Gillings</cp:lastModifiedBy>
  <cp:revision>2</cp:revision>
  <dcterms:created xsi:type="dcterms:W3CDTF">2026-09-08T11:13:00Z</dcterms:created>
  <dcterms:modified xsi:type="dcterms:W3CDTF">2026-09-08T11:13:00Z</dcterms:modified>
  <cp:category/>
</cp:coreProperties>
</file>